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F04EF" w14:textId="3C93CE69" w:rsidR="00A84C28" w:rsidRDefault="00000000" w:rsidP="00A84C28">
      <w:pPr>
        <w:bidi/>
        <w:spacing w:after="40"/>
        <w:jc w:val="center"/>
        <w:rPr>
          <w:b/>
          <w:color w:val="1F4E79"/>
          <w:sz w:val="40"/>
        </w:rPr>
      </w:pPr>
      <w:proofErr w:type="spellStart"/>
      <w:r>
        <w:rPr>
          <w:b/>
          <w:color w:val="1F4E79"/>
          <w:sz w:val="40"/>
        </w:rPr>
        <w:t>السيرة</w:t>
      </w:r>
      <w:proofErr w:type="spellEnd"/>
      <w:r>
        <w:rPr>
          <w:b/>
          <w:color w:val="1F4E79"/>
          <w:sz w:val="40"/>
        </w:rPr>
        <w:t xml:space="preserve"> </w:t>
      </w:r>
      <w:proofErr w:type="spellStart"/>
      <w:r>
        <w:rPr>
          <w:b/>
          <w:color w:val="1F4E79"/>
          <w:sz w:val="40"/>
        </w:rPr>
        <w:t>الذاتية</w:t>
      </w:r>
      <w:proofErr w:type="spellEnd"/>
    </w:p>
    <w:p w14:paraId="5F968C79" w14:textId="77777777" w:rsidR="00A84C28" w:rsidRDefault="00A84C28" w:rsidP="00A84C28">
      <w:pPr>
        <w:bidi/>
        <w:spacing w:after="40"/>
        <w:jc w:val="center"/>
        <w:rPr>
          <w:rFonts w:hint="eastAsia"/>
        </w:rPr>
      </w:pPr>
    </w:p>
    <w:p w14:paraId="48602377" w14:textId="273668E4" w:rsidR="004904BA" w:rsidRDefault="004904BA" w:rsidP="00A4583A">
      <w:pPr>
        <w:bidi/>
        <w:spacing w:after="160"/>
        <w:rPr>
          <w:rFonts w:hint="eastAsia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0540"/>
      </w:tblGrid>
      <w:tr w:rsidR="004904BA" w14:paraId="6F58FD00" w14:textId="77777777" w:rsidTr="00A4583A">
        <w:trPr>
          <w:jc w:val="right"/>
        </w:trPr>
        <w:tc>
          <w:tcPr>
            <w:tcW w:w="1054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</w:tcPr>
          <w:p w14:paraId="2B3D725C" w14:textId="37232299" w:rsidR="004904BA" w:rsidRDefault="00000000" w:rsidP="00A4583A">
            <w:pPr>
              <w:pStyle w:val="Paragraphedeliste"/>
              <w:numPr>
                <w:ilvl w:val="0"/>
                <w:numId w:val="10"/>
              </w:numPr>
              <w:bidi/>
              <w:spacing w:before="20" w:after="20"/>
              <w:rPr>
                <w:rFonts w:hint="eastAsia"/>
              </w:rPr>
            </w:pPr>
            <w:proofErr w:type="spellStart"/>
            <w:r w:rsidRPr="00A4583A">
              <w:rPr>
                <w:rFonts w:ascii="Times New Roman" w:hAnsi="Times New Roman" w:cs="Times New Roman"/>
                <w:b/>
                <w:color w:val="FFFFFF"/>
                <w:sz w:val="25"/>
              </w:rPr>
              <w:t>المعلومات</w:t>
            </w:r>
            <w:proofErr w:type="spellEnd"/>
            <w:r w:rsidRPr="00A4583A">
              <w:rPr>
                <w:b/>
                <w:color w:val="FFFFFF"/>
                <w:sz w:val="25"/>
              </w:rPr>
              <w:t xml:space="preserve"> </w:t>
            </w:r>
            <w:proofErr w:type="spellStart"/>
            <w:r w:rsidRPr="00A4583A">
              <w:rPr>
                <w:rFonts w:ascii="Times New Roman" w:hAnsi="Times New Roman" w:cs="Times New Roman"/>
                <w:b/>
                <w:color w:val="FFFFFF"/>
                <w:sz w:val="25"/>
              </w:rPr>
              <w:t>الأساسية</w:t>
            </w:r>
            <w:proofErr w:type="spellEnd"/>
          </w:p>
        </w:tc>
      </w:tr>
    </w:tbl>
    <w:p w14:paraId="43EED113" w14:textId="77777777" w:rsidR="004904BA" w:rsidRDefault="004904BA" w:rsidP="00A4583A">
      <w:pPr>
        <w:bidi/>
        <w:spacing w:after="0"/>
        <w:rPr>
          <w:rFonts w:hint="eastAsia"/>
        </w:rPr>
      </w:pPr>
    </w:p>
    <w:p w14:paraId="3BD7AB48" w14:textId="77777777" w:rsidR="004904BA" w:rsidRDefault="00000000" w:rsidP="00A4583A">
      <w:pPr>
        <w:bidi/>
        <w:spacing w:after="40"/>
        <w:rPr>
          <w:rFonts w:hint="eastAsia"/>
        </w:rPr>
      </w:pPr>
      <w:proofErr w:type="spellStart"/>
      <w:r>
        <w:rPr>
          <w:b/>
          <w:color w:val="1F4E79"/>
        </w:rPr>
        <w:t>الاسم</w:t>
      </w:r>
      <w:proofErr w:type="spellEnd"/>
      <w:r>
        <w:rPr>
          <w:b/>
          <w:color w:val="1F4E79"/>
        </w:rPr>
        <w:t xml:space="preserve"> </w:t>
      </w:r>
      <w:proofErr w:type="spellStart"/>
      <w:r>
        <w:rPr>
          <w:b/>
          <w:color w:val="1F4E79"/>
        </w:rPr>
        <w:t>الكامل</w:t>
      </w:r>
      <w:proofErr w:type="spellEnd"/>
      <w:r>
        <w:rPr>
          <w:b/>
          <w:color w:val="1F4E79"/>
        </w:rPr>
        <w:t xml:space="preserve">: </w:t>
      </w:r>
      <w:r>
        <w:t>[</w:t>
      </w:r>
      <w:proofErr w:type="spellStart"/>
      <w:r>
        <w:t>الاسم</w:t>
      </w:r>
      <w:proofErr w:type="spellEnd"/>
      <w:r>
        <w:t xml:space="preserve"> </w:t>
      </w:r>
      <w:proofErr w:type="spellStart"/>
      <w:r>
        <w:t>الكامل</w:t>
      </w:r>
      <w:proofErr w:type="spellEnd"/>
      <w:r>
        <w:t>]</w:t>
      </w:r>
    </w:p>
    <w:p w14:paraId="5BD2B9C7" w14:textId="77777777" w:rsidR="004904BA" w:rsidRDefault="00000000" w:rsidP="00A4583A">
      <w:pPr>
        <w:bidi/>
        <w:spacing w:after="40"/>
        <w:rPr>
          <w:rFonts w:hint="eastAsia"/>
        </w:rPr>
      </w:pPr>
      <w:proofErr w:type="spellStart"/>
      <w:r>
        <w:rPr>
          <w:b/>
          <w:color w:val="1F4E79"/>
        </w:rPr>
        <w:t>رقم</w:t>
      </w:r>
      <w:proofErr w:type="spellEnd"/>
      <w:r>
        <w:rPr>
          <w:b/>
          <w:color w:val="1F4E79"/>
        </w:rPr>
        <w:t xml:space="preserve"> </w:t>
      </w:r>
      <w:proofErr w:type="spellStart"/>
      <w:r>
        <w:rPr>
          <w:b/>
          <w:color w:val="1F4E79"/>
        </w:rPr>
        <w:t>الهاتف</w:t>
      </w:r>
      <w:proofErr w:type="spellEnd"/>
      <w:r>
        <w:rPr>
          <w:b/>
          <w:color w:val="1F4E79"/>
        </w:rPr>
        <w:t xml:space="preserve">: </w:t>
      </w:r>
      <w:r>
        <w:t>[</w:t>
      </w:r>
      <w:proofErr w:type="spellStart"/>
      <w:r>
        <w:t>رقم</w:t>
      </w:r>
      <w:proofErr w:type="spellEnd"/>
      <w:r>
        <w:t xml:space="preserve"> </w:t>
      </w:r>
      <w:proofErr w:type="spellStart"/>
      <w:r>
        <w:t>الهاتف</w:t>
      </w:r>
      <w:proofErr w:type="spellEnd"/>
      <w:r>
        <w:t>]</w:t>
      </w:r>
    </w:p>
    <w:p w14:paraId="3E2DF237" w14:textId="77777777" w:rsidR="004904BA" w:rsidRDefault="00000000" w:rsidP="00A4583A">
      <w:pPr>
        <w:bidi/>
        <w:spacing w:after="40"/>
        <w:rPr>
          <w:rFonts w:hint="eastAsia"/>
        </w:rPr>
      </w:pPr>
      <w:proofErr w:type="spellStart"/>
      <w:r>
        <w:rPr>
          <w:b/>
          <w:color w:val="1F4E79"/>
        </w:rPr>
        <w:t>البريد</w:t>
      </w:r>
      <w:proofErr w:type="spellEnd"/>
      <w:r>
        <w:rPr>
          <w:b/>
          <w:color w:val="1F4E79"/>
        </w:rPr>
        <w:t xml:space="preserve"> </w:t>
      </w:r>
      <w:proofErr w:type="spellStart"/>
      <w:r>
        <w:rPr>
          <w:b/>
          <w:color w:val="1F4E79"/>
        </w:rPr>
        <w:t>الإلكتروني</w:t>
      </w:r>
      <w:proofErr w:type="spellEnd"/>
      <w:r>
        <w:rPr>
          <w:b/>
          <w:color w:val="1F4E79"/>
        </w:rPr>
        <w:t xml:space="preserve">: </w:t>
      </w:r>
      <w:r>
        <w:t>[</w:t>
      </w:r>
      <w:proofErr w:type="spellStart"/>
      <w:r>
        <w:t>البريد</w:t>
      </w:r>
      <w:proofErr w:type="spellEnd"/>
      <w:r>
        <w:t xml:space="preserve"> </w:t>
      </w:r>
      <w:proofErr w:type="spellStart"/>
      <w:r>
        <w:t>الإلكتروني</w:t>
      </w:r>
      <w:proofErr w:type="spellEnd"/>
      <w:r>
        <w:t>]</w:t>
      </w:r>
    </w:p>
    <w:p w14:paraId="742FB544" w14:textId="6549E59E" w:rsidR="00A4583A" w:rsidRDefault="00000000" w:rsidP="00A4583A">
      <w:pPr>
        <w:bidi/>
        <w:spacing w:after="40"/>
      </w:pPr>
      <w:proofErr w:type="spellStart"/>
      <w:r>
        <w:rPr>
          <w:b/>
          <w:color w:val="1F4E79"/>
        </w:rPr>
        <w:t>مكان</w:t>
      </w:r>
      <w:proofErr w:type="spellEnd"/>
      <w:r>
        <w:rPr>
          <w:b/>
          <w:color w:val="1F4E79"/>
        </w:rPr>
        <w:t xml:space="preserve"> </w:t>
      </w:r>
      <w:proofErr w:type="spellStart"/>
      <w:r>
        <w:rPr>
          <w:b/>
          <w:color w:val="1F4E79"/>
        </w:rPr>
        <w:t>الإقامة</w:t>
      </w:r>
      <w:proofErr w:type="spellEnd"/>
      <w:r>
        <w:rPr>
          <w:b/>
          <w:color w:val="1F4E79"/>
        </w:rPr>
        <w:t xml:space="preserve">: </w:t>
      </w:r>
      <w:r>
        <w:t>[</w:t>
      </w:r>
      <w:proofErr w:type="spellStart"/>
      <w:r>
        <w:t>المدينة</w:t>
      </w:r>
      <w:proofErr w:type="spellEnd"/>
      <w:r>
        <w:t xml:space="preserve"> / </w:t>
      </w:r>
      <w:proofErr w:type="spellStart"/>
      <w:r>
        <w:t>الإقليم</w:t>
      </w:r>
      <w:proofErr w:type="spellEnd"/>
      <w:r>
        <w:t>]</w:t>
      </w:r>
    </w:p>
    <w:p w14:paraId="38C5162C" w14:textId="77777777" w:rsidR="00A84C28" w:rsidRDefault="00A84C28" w:rsidP="00A84C28">
      <w:pPr>
        <w:bidi/>
        <w:spacing w:after="40"/>
      </w:pPr>
    </w:p>
    <w:p w14:paraId="537A3241" w14:textId="77777777" w:rsidR="00A84C28" w:rsidRDefault="00A84C28" w:rsidP="00A84C28">
      <w:pPr>
        <w:bidi/>
        <w:spacing w:after="40"/>
        <w:rPr>
          <w:rFonts w:hint="eastAsia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0540"/>
      </w:tblGrid>
      <w:tr w:rsidR="004904BA" w14:paraId="7BF29F7E" w14:textId="77777777">
        <w:trPr>
          <w:jc w:val="right"/>
        </w:trPr>
        <w:tc>
          <w:tcPr>
            <w:tcW w:w="1054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</w:tcPr>
          <w:p w14:paraId="6024B9A4" w14:textId="3C127674" w:rsidR="004904BA" w:rsidRDefault="00000000" w:rsidP="00A4583A">
            <w:pPr>
              <w:pStyle w:val="Paragraphedeliste"/>
              <w:numPr>
                <w:ilvl w:val="0"/>
                <w:numId w:val="10"/>
              </w:numPr>
              <w:bidi/>
              <w:spacing w:before="20" w:after="20"/>
              <w:rPr>
                <w:rFonts w:hint="eastAsia"/>
              </w:rPr>
            </w:pPr>
            <w:proofErr w:type="spellStart"/>
            <w:r w:rsidRPr="00A4583A">
              <w:rPr>
                <w:rFonts w:ascii="Times New Roman" w:hAnsi="Times New Roman" w:cs="Times New Roman"/>
                <w:b/>
                <w:color w:val="FFFFFF"/>
                <w:sz w:val="25"/>
              </w:rPr>
              <w:t>الوضعية</w:t>
            </w:r>
            <w:proofErr w:type="spellEnd"/>
            <w:r w:rsidRPr="00A4583A">
              <w:rPr>
                <w:b/>
                <w:color w:val="FFFFFF"/>
                <w:sz w:val="25"/>
              </w:rPr>
              <w:t xml:space="preserve"> </w:t>
            </w:r>
            <w:proofErr w:type="spellStart"/>
            <w:r w:rsidRPr="00A4583A">
              <w:rPr>
                <w:rFonts w:ascii="Times New Roman" w:hAnsi="Times New Roman" w:cs="Times New Roman"/>
                <w:b/>
                <w:color w:val="FFFFFF"/>
                <w:sz w:val="25"/>
              </w:rPr>
              <w:t>المهنية</w:t>
            </w:r>
            <w:proofErr w:type="spellEnd"/>
            <w:r w:rsidRPr="00A4583A">
              <w:rPr>
                <w:b/>
                <w:color w:val="FFFFFF"/>
                <w:sz w:val="25"/>
              </w:rPr>
              <w:t xml:space="preserve"> </w:t>
            </w:r>
            <w:proofErr w:type="spellStart"/>
            <w:r w:rsidRPr="00A4583A">
              <w:rPr>
                <w:rFonts w:ascii="Times New Roman" w:hAnsi="Times New Roman" w:cs="Times New Roman"/>
                <w:b/>
                <w:color w:val="FFFFFF"/>
                <w:sz w:val="25"/>
              </w:rPr>
              <w:t>الحالية</w:t>
            </w:r>
            <w:proofErr w:type="spellEnd"/>
          </w:p>
        </w:tc>
      </w:tr>
    </w:tbl>
    <w:p w14:paraId="25DD9997" w14:textId="77777777" w:rsidR="004904BA" w:rsidRDefault="004904BA" w:rsidP="00A4583A">
      <w:pPr>
        <w:bidi/>
        <w:spacing w:after="0"/>
        <w:rPr>
          <w:rFonts w:hint="eastAsia"/>
        </w:rPr>
      </w:pPr>
    </w:p>
    <w:p w14:paraId="4159F03A" w14:textId="77777777" w:rsidR="004904BA" w:rsidRDefault="00000000" w:rsidP="00A4583A">
      <w:pPr>
        <w:bidi/>
        <w:spacing w:after="40"/>
        <w:rPr>
          <w:rFonts w:hint="eastAsia"/>
        </w:rPr>
      </w:pPr>
      <w:proofErr w:type="spellStart"/>
      <w:r>
        <w:rPr>
          <w:b/>
          <w:color w:val="1F4E79"/>
        </w:rPr>
        <w:t>الإطار</w:t>
      </w:r>
      <w:proofErr w:type="spellEnd"/>
      <w:r>
        <w:rPr>
          <w:b/>
          <w:color w:val="1F4E79"/>
        </w:rPr>
        <w:t xml:space="preserve">: </w:t>
      </w:r>
      <w:r>
        <w:t>[</w:t>
      </w:r>
      <w:proofErr w:type="spellStart"/>
      <w:r>
        <w:t>مثال</w:t>
      </w:r>
      <w:proofErr w:type="spellEnd"/>
      <w:r>
        <w:t xml:space="preserve">: </w:t>
      </w:r>
      <w:proofErr w:type="spellStart"/>
      <w:r>
        <w:t>أستاذ</w:t>
      </w:r>
      <w:proofErr w:type="spellEnd"/>
      <w:r>
        <w:t xml:space="preserve"> </w:t>
      </w:r>
      <w:proofErr w:type="spellStart"/>
      <w:r>
        <w:t>التعليم</w:t>
      </w:r>
      <w:proofErr w:type="spellEnd"/>
      <w:r>
        <w:t xml:space="preserve"> </w:t>
      </w:r>
      <w:proofErr w:type="spellStart"/>
      <w:r>
        <w:t>الثانوي</w:t>
      </w:r>
      <w:proofErr w:type="spellEnd"/>
      <w:r>
        <w:t xml:space="preserve"> </w:t>
      </w:r>
      <w:proofErr w:type="spellStart"/>
      <w:r>
        <w:t>الإعدادي</w:t>
      </w:r>
      <w:proofErr w:type="spellEnd"/>
      <w:r>
        <w:t xml:space="preserve"> / </w:t>
      </w:r>
      <w:proofErr w:type="spellStart"/>
      <w:r>
        <w:t>التأهيلي</w:t>
      </w:r>
      <w:proofErr w:type="spellEnd"/>
      <w:r>
        <w:t>]</w:t>
      </w:r>
    </w:p>
    <w:p w14:paraId="3261A7A7" w14:textId="77777777" w:rsidR="004904BA" w:rsidRDefault="00000000" w:rsidP="00A4583A">
      <w:pPr>
        <w:bidi/>
        <w:spacing w:after="40"/>
        <w:rPr>
          <w:rFonts w:hint="eastAsia"/>
        </w:rPr>
      </w:pPr>
      <w:proofErr w:type="spellStart"/>
      <w:r>
        <w:rPr>
          <w:b/>
          <w:color w:val="1F4E79"/>
        </w:rPr>
        <w:t>الدرجة</w:t>
      </w:r>
      <w:proofErr w:type="spellEnd"/>
      <w:r>
        <w:rPr>
          <w:b/>
          <w:color w:val="1F4E79"/>
        </w:rPr>
        <w:t xml:space="preserve">: </w:t>
      </w:r>
      <w:r>
        <w:t>[</w:t>
      </w:r>
      <w:proofErr w:type="spellStart"/>
      <w:r>
        <w:t>الدرجة</w:t>
      </w:r>
      <w:proofErr w:type="spellEnd"/>
      <w:r>
        <w:t xml:space="preserve"> </w:t>
      </w:r>
      <w:proofErr w:type="spellStart"/>
      <w:r>
        <w:t>الحالية</w:t>
      </w:r>
      <w:proofErr w:type="spellEnd"/>
      <w:r>
        <w:t>]</w:t>
      </w:r>
    </w:p>
    <w:p w14:paraId="67698F8D" w14:textId="77777777" w:rsidR="004904BA" w:rsidRDefault="00000000" w:rsidP="00A4583A">
      <w:pPr>
        <w:bidi/>
        <w:spacing w:after="40"/>
        <w:rPr>
          <w:rFonts w:hint="eastAsia"/>
        </w:rPr>
      </w:pPr>
      <w:proofErr w:type="spellStart"/>
      <w:r>
        <w:rPr>
          <w:b/>
          <w:color w:val="1F4E79"/>
        </w:rPr>
        <w:t>التخصص</w:t>
      </w:r>
      <w:proofErr w:type="spellEnd"/>
      <w:r>
        <w:rPr>
          <w:b/>
          <w:color w:val="1F4E79"/>
        </w:rPr>
        <w:t xml:space="preserve">: </w:t>
      </w:r>
      <w:r>
        <w:t>[</w:t>
      </w:r>
      <w:proofErr w:type="spellStart"/>
      <w:r>
        <w:t>مثال</w:t>
      </w:r>
      <w:proofErr w:type="spellEnd"/>
      <w:r>
        <w:t xml:space="preserve">: </w:t>
      </w:r>
      <w:proofErr w:type="spellStart"/>
      <w:r>
        <w:t>الرياضيات</w:t>
      </w:r>
      <w:proofErr w:type="spellEnd"/>
      <w:r>
        <w:t>]</w:t>
      </w:r>
    </w:p>
    <w:p w14:paraId="57B504EA" w14:textId="77777777" w:rsidR="004904BA" w:rsidRDefault="00000000" w:rsidP="00A4583A">
      <w:pPr>
        <w:bidi/>
        <w:spacing w:after="40"/>
        <w:rPr>
          <w:rFonts w:hint="eastAsia"/>
        </w:rPr>
      </w:pPr>
      <w:proofErr w:type="spellStart"/>
      <w:r>
        <w:rPr>
          <w:b/>
          <w:color w:val="1F4E79"/>
        </w:rPr>
        <w:t>المهمة</w:t>
      </w:r>
      <w:proofErr w:type="spellEnd"/>
      <w:r>
        <w:rPr>
          <w:b/>
          <w:color w:val="1F4E79"/>
        </w:rPr>
        <w:t xml:space="preserve"> </w:t>
      </w:r>
      <w:proofErr w:type="spellStart"/>
      <w:r>
        <w:rPr>
          <w:b/>
          <w:color w:val="1F4E79"/>
        </w:rPr>
        <w:t>الحالية</w:t>
      </w:r>
      <w:proofErr w:type="spellEnd"/>
      <w:r>
        <w:rPr>
          <w:b/>
          <w:color w:val="1F4E79"/>
        </w:rPr>
        <w:t xml:space="preserve">: </w:t>
      </w:r>
      <w:r>
        <w:t>[</w:t>
      </w:r>
      <w:proofErr w:type="spellStart"/>
      <w:r>
        <w:t>التدريس</w:t>
      </w:r>
      <w:proofErr w:type="spellEnd"/>
      <w:r>
        <w:t xml:space="preserve"> / </w:t>
      </w:r>
      <w:proofErr w:type="spellStart"/>
      <w:r>
        <w:t>مهمة</w:t>
      </w:r>
      <w:proofErr w:type="spellEnd"/>
      <w:r>
        <w:t xml:space="preserve"> </w:t>
      </w:r>
      <w:proofErr w:type="spellStart"/>
      <w:r>
        <w:t>أخرى</w:t>
      </w:r>
      <w:proofErr w:type="spellEnd"/>
      <w:r>
        <w:t xml:space="preserve"> </w:t>
      </w:r>
      <w:proofErr w:type="spellStart"/>
      <w:r>
        <w:t>إن</w:t>
      </w:r>
      <w:proofErr w:type="spellEnd"/>
      <w:r>
        <w:t xml:space="preserve"> </w:t>
      </w:r>
      <w:proofErr w:type="spellStart"/>
      <w:r>
        <w:t>وجدت</w:t>
      </w:r>
      <w:proofErr w:type="spellEnd"/>
      <w:r>
        <w:t>]</w:t>
      </w:r>
    </w:p>
    <w:p w14:paraId="568A660A" w14:textId="77777777" w:rsidR="004904BA" w:rsidRDefault="00000000" w:rsidP="00A4583A">
      <w:pPr>
        <w:bidi/>
        <w:spacing w:after="40"/>
        <w:rPr>
          <w:rFonts w:hint="eastAsia"/>
        </w:rPr>
      </w:pPr>
      <w:proofErr w:type="spellStart"/>
      <w:r>
        <w:rPr>
          <w:b/>
          <w:color w:val="1F4E79"/>
        </w:rPr>
        <w:t>مقر</w:t>
      </w:r>
      <w:proofErr w:type="spellEnd"/>
      <w:r>
        <w:rPr>
          <w:b/>
          <w:color w:val="1F4E79"/>
        </w:rPr>
        <w:t xml:space="preserve"> </w:t>
      </w:r>
      <w:proofErr w:type="spellStart"/>
      <w:r>
        <w:rPr>
          <w:b/>
          <w:color w:val="1F4E79"/>
        </w:rPr>
        <w:t>العمل</w:t>
      </w:r>
      <w:proofErr w:type="spellEnd"/>
      <w:r>
        <w:rPr>
          <w:b/>
          <w:color w:val="1F4E79"/>
        </w:rPr>
        <w:t xml:space="preserve">: </w:t>
      </w:r>
      <w:r>
        <w:t>[</w:t>
      </w:r>
      <w:proofErr w:type="spellStart"/>
      <w:r>
        <w:t>اسم</w:t>
      </w:r>
      <w:proofErr w:type="spellEnd"/>
      <w:r>
        <w:t xml:space="preserve"> </w:t>
      </w:r>
      <w:proofErr w:type="spellStart"/>
      <w:r>
        <w:t>المؤسسة</w:t>
      </w:r>
      <w:proofErr w:type="spellEnd"/>
      <w:r>
        <w:t xml:space="preserve"> - </w:t>
      </w:r>
      <w:proofErr w:type="spellStart"/>
      <w:r>
        <w:t>المديرية</w:t>
      </w:r>
      <w:proofErr w:type="spellEnd"/>
      <w:r>
        <w:t xml:space="preserve"> </w:t>
      </w:r>
      <w:proofErr w:type="spellStart"/>
      <w:r>
        <w:t>الإقليمية</w:t>
      </w:r>
      <w:proofErr w:type="spellEnd"/>
      <w:r>
        <w:t>]</w:t>
      </w:r>
    </w:p>
    <w:p w14:paraId="16797017" w14:textId="77777777" w:rsidR="004904BA" w:rsidRDefault="00000000" w:rsidP="00A4583A">
      <w:pPr>
        <w:bidi/>
        <w:spacing w:after="40"/>
      </w:pPr>
      <w:proofErr w:type="spellStart"/>
      <w:r>
        <w:rPr>
          <w:b/>
          <w:color w:val="1F4E79"/>
        </w:rPr>
        <w:t>الأقدمية</w:t>
      </w:r>
      <w:proofErr w:type="spellEnd"/>
      <w:r>
        <w:rPr>
          <w:b/>
          <w:color w:val="1F4E79"/>
        </w:rPr>
        <w:t xml:space="preserve"> </w:t>
      </w:r>
      <w:proofErr w:type="spellStart"/>
      <w:r>
        <w:rPr>
          <w:b/>
          <w:color w:val="1F4E79"/>
        </w:rPr>
        <w:t>في</w:t>
      </w:r>
      <w:proofErr w:type="spellEnd"/>
      <w:r>
        <w:rPr>
          <w:b/>
          <w:color w:val="1F4E79"/>
        </w:rPr>
        <w:t xml:space="preserve"> </w:t>
      </w:r>
      <w:proofErr w:type="spellStart"/>
      <w:r>
        <w:rPr>
          <w:b/>
          <w:color w:val="1F4E79"/>
        </w:rPr>
        <w:t>التربية</w:t>
      </w:r>
      <w:proofErr w:type="spellEnd"/>
      <w:r>
        <w:rPr>
          <w:b/>
          <w:color w:val="1F4E79"/>
        </w:rPr>
        <w:t xml:space="preserve"> </w:t>
      </w:r>
      <w:proofErr w:type="spellStart"/>
      <w:r>
        <w:rPr>
          <w:b/>
          <w:color w:val="1F4E79"/>
        </w:rPr>
        <w:t>والتدريس</w:t>
      </w:r>
      <w:proofErr w:type="spellEnd"/>
      <w:r>
        <w:rPr>
          <w:b/>
          <w:color w:val="1F4E79"/>
        </w:rPr>
        <w:t xml:space="preserve">: </w:t>
      </w:r>
      <w:r>
        <w:t>[</w:t>
      </w:r>
      <w:proofErr w:type="gramStart"/>
      <w:r>
        <w:t>.....</w:t>
      </w:r>
      <w:proofErr w:type="gramEnd"/>
      <w:r>
        <w:t xml:space="preserve"> </w:t>
      </w:r>
      <w:proofErr w:type="spellStart"/>
      <w:r>
        <w:t>سنة</w:t>
      </w:r>
      <w:proofErr w:type="spellEnd"/>
      <w:r>
        <w:t>]</w:t>
      </w:r>
    </w:p>
    <w:p w14:paraId="5B845D3A" w14:textId="77777777" w:rsidR="00A84C28" w:rsidRDefault="00A84C28" w:rsidP="00A84C28">
      <w:pPr>
        <w:bidi/>
        <w:spacing w:after="40"/>
      </w:pPr>
    </w:p>
    <w:p w14:paraId="1CCF8F67" w14:textId="77777777" w:rsidR="00A84C28" w:rsidRDefault="00A84C28" w:rsidP="00A84C28">
      <w:pPr>
        <w:bidi/>
        <w:spacing w:after="40"/>
        <w:rPr>
          <w:rFonts w:hint="eastAsia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0540"/>
      </w:tblGrid>
      <w:tr w:rsidR="004904BA" w14:paraId="3673B14E" w14:textId="77777777">
        <w:trPr>
          <w:jc w:val="right"/>
        </w:trPr>
        <w:tc>
          <w:tcPr>
            <w:tcW w:w="1054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</w:tcPr>
          <w:p w14:paraId="4BCDEFC2" w14:textId="13E63BE8" w:rsidR="004904BA" w:rsidRDefault="00000000" w:rsidP="00A4583A">
            <w:pPr>
              <w:pStyle w:val="Paragraphedeliste"/>
              <w:numPr>
                <w:ilvl w:val="0"/>
                <w:numId w:val="10"/>
              </w:numPr>
              <w:bidi/>
              <w:spacing w:before="20" w:after="20"/>
              <w:rPr>
                <w:rFonts w:hint="eastAsia"/>
              </w:rPr>
            </w:pPr>
            <w:proofErr w:type="spellStart"/>
            <w:r w:rsidRPr="00A4583A">
              <w:rPr>
                <w:rFonts w:ascii="Times New Roman" w:hAnsi="Times New Roman" w:cs="Times New Roman"/>
                <w:b/>
                <w:color w:val="FFFFFF"/>
                <w:sz w:val="25"/>
              </w:rPr>
              <w:t>المؤهلات</w:t>
            </w:r>
            <w:proofErr w:type="spellEnd"/>
            <w:r w:rsidRPr="00A4583A">
              <w:rPr>
                <w:b/>
                <w:color w:val="FFFFFF"/>
                <w:sz w:val="25"/>
              </w:rPr>
              <w:t xml:space="preserve"> </w:t>
            </w:r>
            <w:proofErr w:type="spellStart"/>
            <w:r w:rsidRPr="00A4583A">
              <w:rPr>
                <w:rFonts w:ascii="Times New Roman" w:hAnsi="Times New Roman" w:cs="Times New Roman"/>
                <w:b/>
                <w:color w:val="FFFFFF"/>
                <w:sz w:val="25"/>
              </w:rPr>
              <w:t>والشهادات</w:t>
            </w:r>
            <w:proofErr w:type="spellEnd"/>
          </w:p>
        </w:tc>
      </w:tr>
    </w:tbl>
    <w:p w14:paraId="0F65D049" w14:textId="77777777" w:rsidR="004904BA" w:rsidRDefault="004904BA" w:rsidP="00A4583A">
      <w:pPr>
        <w:bidi/>
        <w:spacing w:after="0"/>
        <w:rPr>
          <w:rFonts w:hint="eastAsia"/>
        </w:rPr>
      </w:pPr>
    </w:p>
    <w:p w14:paraId="4FF436EB" w14:textId="388A17EE" w:rsidR="004904BA" w:rsidRDefault="00000000" w:rsidP="00A84C28">
      <w:pPr>
        <w:pStyle w:val="Paragraphedeliste"/>
        <w:numPr>
          <w:ilvl w:val="0"/>
          <w:numId w:val="21"/>
        </w:numPr>
        <w:bidi/>
        <w:spacing w:after="30"/>
        <w:ind w:right="198"/>
        <w:rPr>
          <w:rFonts w:hint="eastAsia"/>
        </w:rPr>
      </w:pPr>
      <w:r>
        <w:t>[</w:t>
      </w:r>
      <w:proofErr w:type="spellStart"/>
      <w:r w:rsidRPr="00A84C28">
        <w:rPr>
          <w:rFonts w:ascii="Times New Roman" w:hAnsi="Times New Roman" w:cs="Times New Roman"/>
        </w:rPr>
        <w:t>السنة</w:t>
      </w:r>
      <w:proofErr w:type="spellEnd"/>
      <w:r>
        <w:t>] - [</w:t>
      </w:r>
      <w:proofErr w:type="spellStart"/>
      <w:r w:rsidRPr="00A84C28">
        <w:rPr>
          <w:rFonts w:ascii="Times New Roman" w:hAnsi="Times New Roman" w:cs="Times New Roman"/>
        </w:rPr>
        <w:t>اسم</w:t>
      </w:r>
      <w:proofErr w:type="spellEnd"/>
      <w:r>
        <w:t xml:space="preserve"> </w:t>
      </w:r>
      <w:proofErr w:type="spellStart"/>
      <w:r w:rsidRPr="00A84C28">
        <w:rPr>
          <w:rFonts w:ascii="Times New Roman" w:hAnsi="Times New Roman" w:cs="Times New Roman"/>
        </w:rPr>
        <w:t>الشهادة</w:t>
      </w:r>
      <w:proofErr w:type="spellEnd"/>
      <w:r>
        <w:t xml:space="preserve"> </w:t>
      </w:r>
      <w:proofErr w:type="spellStart"/>
      <w:r w:rsidRPr="00A84C28">
        <w:rPr>
          <w:rFonts w:ascii="Times New Roman" w:hAnsi="Times New Roman" w:cs="Times New Roman"/>
        </w:rPr>
        <w:t>أو</w:t>
      </w:r>
      <w:proofErr w:type="spellEnd"/>
      <w:r>
        <w:t xml:space="preserve"> </w:t>
      </w:r>
      <w:proofErr w:type="spellStart"/>
      <w:r w:rsidRPr="00A84C28">
        <w:rPr>
          <w:rFonts w:ascii="Times New Roman" w:hAnsi="Times New Roman" w:cs="Times New Roman"/>
        </w:rPr>
        <w:t>الدبلوم</w:t>
      </w:r>
      <w:proofErr w:type="spellEnd"/>
      <w:r>
        <w:t>] - [</w:t>
      </w:r>
      <w:proofErr w:type="spellStart"/>
      <w:r w:rsidRPr="00A84C28">
        <w:rPr>
          <w:rFonts w:ascii="Times New Roman" w:hAnsi="Times New Roman" w:cs="Times New Roman"/>
        </w:rPr>
        <w:t>التخصص</w:t>
      </w:r>
      <w:proofErr w:type="spellEnd"/>
      <w:r>
        <w:t>] - [</w:t>
      </w:r>
      <w:proofErr w:type="spellStart"/>
      <w:r w:rsidRPr="00A84C28">
        <w:rPr>
          <w:rFonts w:ascii="Times New Roman" w:hAnsi="Times New Roman" w:cs="Times New Roman"/>
        </w:rPr>
        <w:t>المؤسسة</w:t>
      </w:r>
      <w:proofErr w:type="spellEnd"/>
      <w:r>
        <w:t>]</w:t>
      </w:r>
    </w:p>
    <w:p w14:paraId="66EBAA43" w14:textId="0303718C" w:rsidR="004904BA" w:rsidRDefault="00000000" w:rsidP="00A84C28">
      <w:pPr>
        <w:pStyle w:val="Paragraphedeliste"/>
        <w:numPr>
          <w:ilvl w:val="0"/>
          <w:numId w:val="21"/>
        </w:numPr>
        <w:bidi/>
        <w:spacing w:after="30"/>
        <w:ind w:right="198"/>
        <w:rPr>
          <w:rFonts w:hint="eastAsia"/>
        </w:rPr>
      </w:pPr>
      <w:r>
        <w:t>[</w:t>
      </w:r>
      <w:proofErr w:type="spellStart"/>
      <w:r w:rsidRPr="00A84C28">
        <w:rPr>
          <w:rFonts w:ascii="Times New Roman" w:hAnsi="Times New Roman" w:cs="Times New Roman"/>
        </w:rPr>
        <w:t>السنة</w:t>
      </w:r>
      <w:proofErr w:type="spellEnd"/>
      <w:r>
        <w:t>] - [</w:t>
      </w:r>
      <w:proofErr w:type="spellStart"/>
      <w:r w:rsidRPr="00A84C28">
        <w:rPr>
          <w:rFonts w:ascii="Times New Roman" w:hAnsi="Times New Roman" w:cs="Times New Roman"/>
        </w:rPr>
        <w:t>اسم</w:t>
      </w:r>
      <w:proofErr w:type="spellEnd"/>
      <w:r>
        <w:t xml:space="preserve"> </w:t>
      </w:r>
      <w:proofErr w:type="spellStart"/>
      <w:r w:rsidRPr="00A84C28">
        <w:rPr>
          <w:rFonts w:ascii="Times New Roman" w:hAnsi="Times New Roman" w:cs="Times New Roman"/>
        </w:rPr>
        <w:t>الشهادة</w:t>
      </w:r>
      <w:proofErr w:type="spellEnd"/>
      <w:r>
        <w:t xml:space="preserve"> </w:t>
      </w:r>
      <w:proofErr w:type="spellStart"/>
      <w:r w:rsidRPr="00A84C28">
        <w:rPr>
          <w:rFonts w:ascii="Times New Roman" w:hAnsi="Times New Roman" w:cs="Times New Roman"/>
        </w:rPr>
        <w:t>أو</w:t>
      </w:r>
      <w:proofErr w:type="spellEnd"/>
      <w:r>
        <w:t xml:space="preserve"> </w:t>
      </w:r>
      <w:proofErr w:type="spellStart"/>
      <w:r w:rsidRPr="00A84C28">
        <w:rPr>
          <w:rFonts w:ascii="Times New Roman" w:hAnsi="Times New Roman" w:cs="Times New Roman"/>
        </w:rPr>
        <w:t>الدبلوم</w:t>
      </w:r>
      <w:proofErr w:type="spellEnd"/>
      <w:r>
        <w:t>] - [</w:t>
      </w:r>
      <w:proofErr w:type="spellStart"/>
      <w:r w:rsidRPr="00A84C28">
        <w:rPr>
          <w:rFonts w:ascii="Times New Roman" w:hAnsi="Times New Roman" w:cs="Times New Roman"/>
        </w:rPr>
        <w:t>التخصص</w:t>
      </w:r>
      <w:proofErr w:type="spellEnd"/>
      <w:r>
        <w:t>] - [</w:t>
      </w:r>
      <w:proofErr w:type="spellStart"/>
      <w:r w:rsidRPr="00A84C28">
        <w:rPr>
          <w:rFonts w:ascii="Times New Roman" w:hAnsi="Times New Roman" w:cs="Times New Roman"/>
        </w:rPr>
        <w:t>المؤسسة</w:t>
      </w:r>
      <w:proofErr w:type="spellEnd"/>
      <w:r>
        <w:t>]</w:t>
      </w:r>
    </w:p>
    <w:p w14:paraId="79EFC4D2" w14:textId="76496C7B" w:rsidR="004904BA" w:rsidRDefault="00000000" w:rsidP="00A84C28">
      <w:pPr>
        <w:pStyle w:val="Paragraphedeliste"/>
        <w:numPr>
          <w:ilvl w:val="0"/>
          <w:numId w:val="21"/>
        </w:numPr>
        <w:bidi/>
        <w:spacing w:after="30"/>
        <w:ind w:right="198"/>
      </w:pPr>
      <w:r>
        <w:t>[</w:t>
      </w:r>
      <w:proofErr w:type="spellStart"/>
      <w:r w:rsidRPr="00A84C28">
        <w:rPr>
          <w:rFonts w:ascii="Times New Roman" w:hAnsi="Times New Roman" w:cs="Times New Roman"/>
        </w:rPr>
        <w:t>السنة</w:t>
      </w:r>
      <w:proofErr w:type="spellEnd"/>
      <w:r>
        <w:t>] - [</w:t>
      </w:r>
      <w:proofErr w:type="spellStart"/>
      <w:r w:rsidRPr="00A84C28">
        <w:rPr>
          <w:rFonts w:ascii="Times New Roman" w:hAnsi="Times New Roman" w:cs="Times New Roman"/>
        </w:rPr>
        <w:t>شهادة</w:t>
      </w:r>
      <w:proofErr w:type="spellEnd"/>
      <w:r>
        <w:t xml:space="preserve"> </w:t>
      </w:r>
      <w:proofErr w:type="spellStart"/>
      <w:r w:rsidRPr="00A84C28">
        <w:rPr>
          <w:rFonts w:ascii="Times New Roman" w:hAnsi="Times New Roman" w:cs="Times New Roman"/>
        </w:rPr>
        <w:t>أو</w:t>
      </w:r>
      <w:proofErr w:type="spellEnd"/>
      <w:r>
        <w:t xml:space="preserve"> </w:t>
      </w:r>
      <w:proofErr w:type="spellStart"/>
      <w:r w:rsidRPr="00A84C28">
        <w:rPr>
          <w:rFonts w:ascii="Times New Roman" w:hAnsi="Times New Roman" w:cs="Times New Roman"/>
        </w:rPr>
        <w:t>تكوين</w:t>
      </w:r>
      <w:proofErr w:type="spellEnd"/>
      <w:r>
        <w:t xml:space="preserve"> </w:t>
      </w:r>
      <w:proofErr w:type="spellStart"/>
      <w:r w:rsidRPr="00A84C28">
        <w:rPr>
          <w:rFonts w:ascii="Times New Roman" w:hAnsi="Times New Roman" w:cs="Times New Roman"/>
        </w:rPr>
        <w:t>أكاديمي</w:t>
      </w:r>
      <w:proofErr w:type="spellEnd"/>
      <w:r>
        <w:t xml:space="preserve"> </w:t>
      </w:r>
      <w:proofErr w:type="spellStart"/>
      <w:r w:rsidRPr="00A84C28">
        <w:rPr>
          <w:rFonts w:ascii="Times New Roman" w:hAnsi="Times New Roman" w:cs="Times New Roman"/>
        </w:rPr>
        <w:t>إضافي</w:t>
      </w:r>
      <w:proofErr w:type="spellEnd"/>
      <w:r>
        <w:t xml:space="preserve"> </w:t>
      </w:r>
      <w:proofErr w:type="spellStart"/>
      <w:r w:rsidRPr="00A84C28">
        <w:rPr>
          <w:rFonts w:ascii="Times New Roman" w:hAnsi="Times New Roman" w:cs="Times New Roman"/>
        </w:rPr>
        <w:t>عند</w:t>
      </w:r>
      <w:proofErr w:type="spellEnd"/>
      <w:r>
        <w:t xml:space="preserve"> </w:t>
      </w:r>
      <w:proofErr w:type="spellStart"/>
      <w:r w:rsidRPr="00A84C28">
        <w:rPr>
          <w:rFonts w:ascii="Times New Roman" w:hAnsi="Times New Roman" w:cs="Times New Roman"/>
        </w:rPr>
        <w:t>الاقتضاء</w:t>
      </w:r>
      <w:proofErr w:type="spellEnd"/>
      <w:r>
        <w:t>]</w:t>
      </w:r>
    </w:p>
    <w:p w14:paraId="308D2661" w14:textId="77777777" w:rsidR="00A84C28" w:rsidRDefault="00A84C28" w:rsidP="00A84C28">
      <w:pPr>
        <w:bidi/>
        <w:spacing w:after="30"/>
        <w:ind w:right="198" w:hanging="102"/>
      </w:pPr>
    </w:p>
    <w:p w14:paraId="2FAFFF4E" w14:textId="77777777" w:rsidR="00A84C28" w:rsidRDefault="00A84C28" w:rsidP="00A84C28">
      <w:pPr>
        <w:bidi/>
        <w:spacing w:after="30"/>
        <w:ind w:right="198" w:hanging="102"/>
        <w:rPr>
          <w:rFonts w:hint="eastAsia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0540"/>
      </w:tblGrid>
      <w:tr w:rsidR="004904BA" w14:paraId="117F2A5A" w14:textId="77777777">
        <w:trPr>
          <w:jc w:val="right"/>
        </w:trPr>
        <w:tc>
          <w:tcPr>
            <w:tcW w:w="1054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</w:tcPr>
          <w:p w14:paraId="7E5EAF7C" w14:textId="486A0855" w:rsidR="004904BA" w:rsidRDefault="00000000" w:rsidP="00A4583A">
            <w:pPr>
              <w:pStyle w:val="Paragraphedeliste"/>
              <w:numPr>
                <w:ilvl w:val="0"/>
                <w:numId w:val="10"/>
              </w:numPr>
              <w:bidi/>
              <w:spacing w:before="20" w:after="20"/>
              <w:rPr>
                <w:rFonts w:hint="eastAsia"/>
              </w:rPr>
            </w:pPr>
            <w:proofErr w:type="spellStart"/>
            <w:r w:rsidRPr="00A4583A">
              <w:rPr>
                <w:rFonts w:ascii="Times New Roman" w:hAnsi="Times New Roman" w:cs="Times New Roman"/>
                <w:b/>
                <w:color w:val="FFFFFF"/>
                <w:sz w:val="25"/>
              </w:rPr>
              <w:t>المسار</w:t>
            </w:r>
            <w:proofErr w:type="spellEnd"/>
            <w:r w:rsidRPr="00A4583A">
              <w:rPr>
                <w:b/>
                <w:color w:val="FFFFFF"/>
                <w:sz w:val="25"/>
              </w:rPr>
              <w:t xml:space="preserve"> </w:t>
            </w:r>
            <w:proofErr w:type="spellStart"/>
            <w:r w:rsidRPr="00A4583A">
              <w:rPr>
                <w:rFonts w:ascii="Times New Roman" w:hAnsi="Times New Roman" w:cs="Times New Roman"/>
                <w:b/>
                <w:color w:val="FFFFFF"/>
                <w:sz w:val="25"/>
              </w:rPr>
              <w:t>المهني</w:t>
            </w:r>
            <w:proofErr w:type="spellEnd"/>
          </w:p>
        </w:tc>
      </w:tr>
    </w:tbl>
    <w:p w14:paraId="56886D60" w14:textId="77777777" w:rsidR="004904BA" w:rsidRDefault="004904BA" w:rsidP="00A4583A">
      <w:pPr>
        <w:bidi/>
        <w:spacing w:after="0"/>
        <w:rPr>
          <w:rFonts w:hint="eastAsia"/>
        </w:rPr>
      </w:pPr>
    </w:p>
    <w:p w14:paraId="4AD8DBEF" w14:textId="419D0BEF" w:rsidR="004904BA" w:rsidRDefault="00000000" w:rsidP="00A84C28">
      <w:pPr>
        <w:pStyle w:val="Paragraphedeliste"/>
        <w:numPr>
          <w:ilvl w:val="1"/>
          <w:numId w:val="23"/>
        </w:numPr>
        <w:bidi/>
        <w:spacing w:after="30"/>
        <w:ind w:right="198"/>
        <w:rPr>
          <w:rFonts w:hint="eastAsia"/>
        </w:rPr>
      </w:pPr>
      <w:r>
        <w:t>[</w:t>
      </w:r>
      <w:proofErr w:type="spellStart"/>
      <w:r>
        <w:rPr>
          <w:rFonts w:ascii="Times New Roman" w:hAnsi="Times New Roman" w:cs="Times New Roman"/>
        </w:rPr>
        <w:t>من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سنة</w:t>
      </w:r>
      <w:proofErr w:type="spellEnd"/>
      <w:r>
        <w:t xml:space="preserve"> ... </w:t>
      </w:r>
      <w:proofErr w:type="spellStart"/>
      <w:r>
        <w:rPr>
          <w:rFonts w:ascii="Times New Roman" w:hAnsi="Times New Roman" w:cs="Times New Roman"/>
        </w:rPr>
        <w:t>إلى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سنة</w:t>
      </w:r>
      <w:proofErr w:type="spellEnd"/>
      <w:r>
        <w:t xml:space="preserve"> ...] - </w:t>
      </w:r>
      <w:proofErr w:type="spellStart"/>
      <w:r>
        <w:rPr>
          <w:rFonts w:ascii="Times New Roman" w:hAnsi="Times New Roman" w:cs="Times New Roman"/>
        </w:rPr>
        <w:t>أستاذ</w:t>
      </w:r>
      <w:proofErr w:type="spellEnd"/>
      <w:r>
        <w:t>(</w:t>
      </w:r>
      <w:r>
        <w:rPr>
          <w:rFonts w:ascii="Times New Roman" w:hAnsi="Times New Roman" w:cs="Times New Roman"/>
        </w:rPr>
        <w:t>ة</w:t>
      </w:r>
      <w:r>
        <w:t>) [</w:t>
      </w:r>
      <w:proofErr w:type="spellStart"/>
      <w:r>
        <w:rPr>
          <w:rFonts w:ascii="Times New Roman" w:hAnsi="Times New Roman" w:cs="Times New Roman"/>
        </w:rPr>
        <w:t>السلك</w:t>
      </w:r>
      <w:proofErr w:type="spellEnd"/>
      <w:r>
        <w:t>]</w:t>
      </w:r>
      <w:r>
        <w:rPr>
          <w:rFonts w:ascii="Times New Roman" w:hAnsi="Times New Roman" w:cs="Times New Roman"/>
        </w:rPr>
        <w:t>،</w:t>
      </w:r>
      <w:r>
        <w:t xml:space="preserve"> </w:t>
      </w:r>
      <w:proofErr w:type="spellStart"/>
      <w:r>
        <w:rPr>
          <w:rFonts w:ascii="Times New Roman" w:hAnsi="Times New Roman" w:cs="Times New Roman"/>
        </w:rPr>
        <w:t>مادة</w:t>
      </w:r>
      <w:proofErr w:type="spellEnd"/>
      <w:r>
        <w:t xml:space="preserve"> [</w:t>
      </w:r>
      <w:proofErr w:type="spellStart"/>
      <w:r>
        <w:rPr>
          <w:rFonts w:ascii="Times New Roman" w:hAnsi="Times New Roman" w:cs="Times New Roman"/>
        </w:rPr>
        <w:t>التخصص</w:t>
      </w:r>
      <w:proofErr w:type="spellEnd"/>
      <w:r>
        <w:t>] - [</w:t>
      </w:r>
      <w:proofErr w:type="spellStart"/>
      <w:r>
        <w:rPr>
          <w:rFonts w:ascii="Times New Roman" w:hAnsi="Times New Roman" w:cs="Times New Roman"/>
        </w:rPr>
        <w:t>المؤسسة</w:t>
      </w:r>
      <w:proofErr w:type="spellEnd"/>
      <w:r>
        <w:t>]</w:t>
      </w:r>
    </w:p>
    <w:p w14:paraId="7C7A346A" w14:textId="53A043D0" w:rsidR="004904BA" w:rsidRDefault="00000000" w:rsidP="00A84C28">
      <w:pPr>
        <w:pStyle w:val="Paragraphedeliste"/>
        <w:numPr>
          <w:ilvl w:val="1"/>
          <w:numId w:val="23"/>
        </w:numPr>
        <w:bidi/>
        <w:spacing w:after="30"/>
        <w:ind w:right="198"/>
        <w:rPr>
          <w:rFonts w:hint="eastAsia"/>
        </w:rPr>
      </w:pPr>
      <w:r>
        <w:t>[</w:t>
      </w:r>
      <w:proofErr w:type="spellStart"/>
      <w:r>
        <w:rPr>
          <w:rFonts w:ascii="Times New Roman" w:hAnsi="Times New Roman" w:cs="Times New Roman"/>
        </w:rPr>
        <w:t>من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سنة</w:t>
      </w:r>
      <w:proofErr w:type="spellEnd"/>
      <w:r>
        <w:t xml:space="preserve"> ... </w:t>
      </w:r>
      <w:proofErr w:type="spellStart"/>
      <w:r>
        <w:rPr>
          <w:rFonts w:ascii="Times New Roman" w:hAnsi="Times New Roman" w:cs="Times New Roman"/>
        </w:rPr>
        <w:t>إلى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سنة</w:t>
      </w:r>
      <w:proofErr w:type="spellEnd"/>
      <w:r>
        <w:t xml:space="preserve"> ...] - </w:t>
      </w:r>
      <w:proofErr w:type="spellStart"/>
      <w:r>
        <w:rPr>
          <w:rFonts w:ascii="Times New Roman" w:hAnsi="Times New Roman" w:cs="Times New Roman"/>
        </w:rPr>
        <w:t>أستاذ</w:t>
      </w:r>
      <w:proofErr w:type="spellEnd"/>
      <w:r>
        <w:t>(</w:t>
      </w:r>
      <w:r>
        <w:rPr>
          <w:rFonts w:ascii="Times New Roman" w:hAnsi="Times New Roman" w:cs="Times New Roman"/>
        </w:rPr>
        <w:t>ة</w:t>
      </w:r>
      <w:r>
        <w:t>) [</w:t>
      </w:r>
      <w:proofErr w:type="spellStart"/>
      <w:r>
        <w:rPr>
          <w:rFonts w:ascii="Times New Roman" w:hAnsi="Times New Roman" w:cs="Times New Roman"/>
        </w:rPr>
        <w:t>السلك</w:t>
      </w:r>
      <w:proofErr w:type="spellEnd"/>
      <w:r>
        <w:t>]</w:t>
      </w:r>
      <w:r>
        <w:rPr>
          <w:rFonts w:ascii="Times New Roman" w:hAnsi="Times New Roman" w:cs="Times New Roman"/>
        </w:rPr>
        <w:t>،</w:t>
      </w:r>
      <w:r>
        <w:t xml:space="preserve"> </w:t>
      </w:r>
      <w:proofErr w:type="spellStart"/>
      <w:r>
        <w:rPr>
          <w:rFonts w:ascii="Times New Roman" w:hAnsi="Times New Roman" w:cs="Times New Roman"/>
        </w:rPr>
        <w:t>مادة</w:t>
      </w:r>
      <w:proofErr w:type="spellEnd"/>
      <w:r>
        <w:t xml:space="preserve"> [</w:t>
      </w:r>
      <w:proofErr w:type="spellStart"/>
      <w:r>
        <w:rPr>
          <w:rFonts w:ascii="Times New Roman" w:hAnsi="Times New Roman" w:cs="Times New Roman"/>
        </w:rPr>
        <w:t>التخصص</w:t>
      </w:r>
      <w:proofErr w:type="spellEnd"/>
      <w:r>
        <w:t>] - [</w:t>
      </w:r>
      <w:proofErr w:type="spellStart"/>
      <w:r>
        <w:rPr>
          <w:rFonts w:ascii="Times New Roman" w:hAnsi="Times New Roman" w:cs="Times New Roman"/>
        </w:rPr>
        <w:t>المؤسسة</w:t>
      </w:r>
      <w:proofErr w:type="spellEnd"/>
      <w:r>
        <w:t>]</w:t>
      </w:r>
    </w:p>
    <w:p w14:paraId="7739C97B" w14:textId="4386E229" w:rsidR="004904BA" w:rsidRDefault="00000000" w:rsidP="00A84C28">
      <w:pPr>
        <w:pStyle w:val="Paragraphedeliste"/>
        <w:numPr>
          <w:ilvl w:val="1"/>
          <w:numId w:val="23"/>
        </w:numPr>
        <w:bidi/>
        <w:spacing w:after="30"/>
        <w:ind w:right="198"/>
        <w:rPr>
          <w:rFonts w:hint="eastAsia"/>
        </w:rPr>
      </w:pPr>
      <w:r>
        <w:t>[</w:t>
      </w:r>
      <w:proofErr w:type="spellStart"/>
      <w:r>
        <w:rPr>
          <w:rFonts w:ascii="Times New Roman" w:hAnsi="Times New Roman" w:cs="Times New Roman"/>
        </w:rPr>
        <w:t>من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سنة</w:t>
      </w:r>
      <w:proofErr w:type="spellEnd"/>
      <w:r>
        <w:t xml:space="preserve"> ... </w:t>
      </w:r>
      <w:proofErr w:type="spellStart"/>
      <w:r>
        <w:rPr>
          <w:rFonts w:ascii="Times New Roman" w:hAnsi="Times New Roman" w:cs="Times New Roman"/>
        </w:rPr>
        <w:t>إلى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الآن</w:t>
      </w:r>
      <w:proofErr w:type="spellEnd"/>
      <w:r>
        <w:t xml:space="preserve">] - </w:t>
      </w:r>
      <w:proofErr w:type="spellStart"/>
      <w:r>
        <w:rPr>
          <w:rFonts w:ascii="Times New Roman" w:hAnsi="Times New Roman" w:cs="Times New Roman"/>
        </w:rPr>
        <w:t>الوضعية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المهنية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الحالية</w:t>
      </w:r>
      <w:proofErr w:type="spellEnd"/>
      <w:r>
        <w:t xml:space="preserve"> - [</w:t>
      </w:r>
      <w:proofErr w:type="spellStart"/>
      <w:r>
        <w:rPr>
          <w:rFonts w:ascii="Times New Roman" w:hAnsi="Times New Roman" w:cs="Times New Roman"/>
        </w:rPr>
        <w:t>المؤسسة</w:t>
      </w:r>
      <w:proofErr w:type="spellEnd"/>
      <w:r>
        <w:t>]</w:t>
      </w:r>
    </w:p>
    <w:p w14:paraId="7EF36100" w14:textId="77777777" w:rsidR="004904BA" w:rsidRDefault="00000000" w:rsidP="00A4583A">
      <w:pPr>
        <w:bidi/>
        <w:rPr>
          <w:rFonts w:hint="eastAsia"/>
        </w:rPr>
      </w:pPr>
      <w:r>
        <w:br w:type="page"/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0540"/>
      </w:tblGrid>
      <w:tr w:rsidR="004904BA" w14:paraId="1798C49B" w14:textId="77777777">
        <w:trPr>
          <w:jc w:val="right"/>
        </w:trPr>
        <w:tc>
          <w:tcPr>
            <w:tcW w:w="1054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</w:tcPr>
          <w:p w14:paraId="59DD3DCD" w14:textId="2642066D" w:rsidR="004904BA" w:rsidRDefault="00000000" w:rsidP="00A84C28">
            <w:pPr>
              <w:pStyle w:val="Paragraphedeliste"/>
              <w:numPr>
                <w:ilvl w:val="0"/>
                <w:numId w:val="10"/>
              </w:numPr>
              <w:bidi/>
              <w:spacing w:before="20" w:after="20"/>
              <w:rPr>
                <w:rFonts w:hint="eastAsia"/>
              </w:rPr>
            </w:pPr>
            <w:proofErr w:type="spellStart"/>
            <w:r w:rsidRPr="00A84C28">
              <w:rPr>
                <w:rFonts w:ascii="Times New Roman" w:hAnsi="Times New Roman" w:cs="Times New Roman"/>
                <w:b/>
                <w:color w:val="FFFFFF"/>
                <w:sz w:val="25"/>
              </w:rPr>
              <w:lastRenderedPageBreak/>
              <w:t>التكوينات</w:t>
            </w:r>
            <w:proofErr w:type="spellEnd"/>
            <w:r w:rsidRPr="00A84C28">
              <w:rPr>
                <w:b/>
                <w:color w:val="FFFFFF"/>
                <w:sz w:val="25"/>
              </w:rPr>
              <w:t xml:space="preserve"> </w:t>
            </w:r>
            <w:proofErr w:type="spellStart"/>
            <w:r w:rsidRPr="00A84C28">
              <w:rPr>
                <w:rFonts w:ascii="Times New Roman" w:hAnsi="Times New Roman" w:cs="Times New Roman"/>
                <w:b/>
                <w:color w:val="FFFFFF"/>
                <w:sz w:val="25"/>
              </w:rPr>
              <w:t>المهنية</w:t>
            </w:r>
            <w:proofErr w:type="spellEnd"/>
          </w:p>
        </w:tc>
      </w:tr>
    </w:tbl>
    <w:p w14:paraId="5ABB2DB2" w14:textId="77777777" w:rsidR="004904BA" w:rsidRDefault="004904BA" w:rsidP="00A4583A">
      <w:pPr>
        <w:bidi/>
        <w:spacing w:after="0"/>
        <w:rPr>
          <w:rFonts w:hint="eastAsia"/>
        </w:rPr>
      </w:pPr>
    </w:p>
    <w:p w14:paraId="59D4F921" w14:textId="26225514" w:rsidR="004904BA" w:rsidRDefault="00000000" w:rsidP="00EF180B">
      <w:pPr>
        <w:pStyle w:val="Paragraphedeliste"/>
        <w:numPr>
          <w:ilvl w:val="1"/>
          <w:numId w:val="25"/>
        </w:numPr>
        <w:bidi/>
        <w:spacing w:after="30"/>
        <w:ind w:right="198"/>
        <w:rPr>
          <w:rFonts w:hint="eastAsia"/>
        </w:rPr>
      </w:pPr>
      <w:r>
        <w:t>[</w:t>
      </w:r>
      <w:proofErr w:type="spellStart"/>
      <w:r>
        <w:rPr>
          <w:rFonts w:ascii="Times New Roman" w:hAnsi="Times New Roman" w:cs="Times New Roman"/>
        </w:rPr>
        <w:t>السنة</w:t>
      </w:r>
      <w:proofErr w:type="spellEnd"/>
      <w:r>
        <w:t xml:space="preserve">] - </w:t>
      </w:r>
      <w:proofErr w:type="spellStart"/>
      <w:r>
        <w:rPr>
          <w:rFonts w:ascii="Times New Roman" w:hAnsi="Times New Roman" w:cs="Times New Roman"/>
        </w:rPr>
        <w:t>تكوين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في</w:t>
      </w:r>
      <w:proofErr w:type="spellEnd"/>
      <w:r>
        <w:t xml:space="preserve"> [</w:t>
      </w:r>
      <w:r>
        <w:rPr>
          <w:rFonts w:ascii="Times New Roman" w:hAnsi="Times New Roman" w:cs="Times New Roman"/>
        </w:rPr>
        <w:t>ديداكتيك</w:t>
      </w:r>
      <w:r>
        <w:t xml:space="preserve"> </w:t>
      </w:r>
      <w:r>
        <w:rPr>
          <w:rFonts w:ascii="Times New Roman" w:hAnsi="Times New Roman" w:cs="Times New Roman"/>
        </w:rPr>
        <w:t>المادة</w:t>
      </w:r>
      <w:r>
        <w:t xml:space="preserve"> / </w:t>
      </w:r>
      <w:r>
        <w:rPr>
          <w:rFonts w:ascii="Times New Roman" w:hAnsi="Times New Roman" w:cs="Times New Roman"/>
        </w:rPr>
        <w:t>التقويم</w:t>
      </w:r>
      <w:r>
        <w:t xml:space="preserve"> / </w:t>
      </w:r>
      <w:r>
        <w:rPr>
          <w:rFonts w:ascii="Times New Roman" w:hAnsi="Times New Roman" w:cs="Times New Roman"/>
        </w:rPr>
        <w:t>الدعم</w:t>
      </w:r>
      <w:r>
        <w:t xml:space="preserve"> / </w:t>
      </w:r>
      <w:r>
        <w:rPr>
          <w:rFonts w:ascii="Times New Roman" w:hAnsi="Times New Roman" w:cs="Times New Roman"/>
        </w:rPr>
        <w:t>الموارد</w:t>
      </w:r>
      <w:r>
        <w:t xml:space="preserve"> </w:t>
      </w:r>
      <w:r>
        <w:rPr>
          <w:rFonts w:ascii="Times New Roman" w:hAnsi="Times New Roman" w:cs="Times New Roman"/>
        </w:rPr>
        <w:t>الرقمية</w:t>
      </w:r>
      <w:r>
        <w:t>...] - [</w:t>
      </w:r>
      <w:r>
        <w:rPr>
          <w:rFonts w:ascii="Times New Roman" w:hAnsi="Times New Roman" w:cs="Times New Roman"/>
        </w:rPr>
        <w:t>الجهة</w:t>
      </w:r>
      <w:r>
        <w:t xml:space="preserve"> </w:t>
      </w:r>
      <w:r>
        <w:rPr>
          <w:rFonts w:ascii="Times New Roman" w:hAnsi="Times New Roman" w:cs="Times New Roman"/>
        </w:rPr>
        <w:t>المنظمة</w:t>
      </w:r>
      <w:r>
        <w:t>]</w:t>
      </w:r>
    </w:p>
    <w:p w14:paraId="5A663D4E" w14:textId="252CAAD7" w:rsidR="004904BA" w:rsidRDefault="00000000" w:rsidP="00EF180B">
      <w:pPr>
        <w:pStyle w:val="Paragraphedeliste"/>
        <w:numPr>
          <w:ilvl w:val="1"/>
          <w:numId w:val="25"/>
        </w:numPr>
        <w:bidi/>
        <w:spacing w:after="30"/>
        <w:ind w:right="198"/>
        <w:rPr>
          <w:rFonts w:hint="eastAsia"/>
        </w:rPr>
      </w:pPr>
      <w:r>
        <w:t>[</w:t>
      </w:r>
      <w:proofErr w:type="spellStart"/>
      <w:r>
        <w:rPr>
          <w:rFonts w:ascii="Times New Roman" w:hAnsi="Times New Roman" w:cs="Times New Roman"/>
        </w:rPr>
        <w:t>السنة</w:t>
      </w:r>
      <w:proofErr w:type="spellEnd"/>
      <w:r>
        <w:t xml:space="preserve">] - </w:t>
      </w:r>
      <w:proofErr w:type="spellStart"/>
      <w:r>
        <w:rPr>
          <w:rFonts w:ascii="Times New Roman" w:hAnsi="Times New Roman" w:cs="Times New Roman"/>
        </w:rPr>
        <w:t>دورة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أو</w:t>
      </w:r>
      <w:proofErr w:type="spellEnd"/>
      <w:r>
        <w:t xml:space="preserve"> </w:t>
      </w:r>
      <w:r>
        <w:rPr>
          <w:rFonts w:ascii="Times New Roman" w:hAnsi="Times New Roman" w:cs="Times New Roman"/>
        </w:rPr>
        <w:t>ورشة</w:t>
      </w:r>
      <w:r>
        <w:t xml:space="preserve"> </w:t>
      </w:r>
      <w:r>
        <w:rPr>
          <w:rFonts w:ascii="Times New Roman" w:hAnsi="Times New Roman" w:cs="Times New Roman"/>
        </w:rPr>
        <w:t>في</w:t>
      </w:r>
      <w:r>
        <w:t xml:space="preserve"> [</w:t>
      </w:r>
      <w:r>
        <w:rPr>
          <w:rFonts w:ascii="Times New Roman" w:hAnsi="Times New Roman" w:cs="Times New Roman"/>
        </w:rPr>
        <w:t>الموضوع</w:t>
      </w:r>
      <w:r>
        <w:t>] - [</w:t>
      </w:r>
      <w:r>
        <w:rPr>
          <w:rFonts w:ascii="Times New Roman" w:hAnsi="Times New Roman" w:cs="Times New Roman"/>
        </w:rPr>
        <w:t>الجهة</w:t>
      </w:r>
      <w:r>
        <w:t xml:space="preserve"> </w:t>
      </w:r>
      <w:r>
        <w:rPr>
          <w:rFonts w:ascii="Times New Roman" w:hAnsi="Times New Roman" w:cs="Times New Roman"/>
        </w:rPr>
        <w:t>المنظمة</w:t>
      </w:r>
      <w:r>
        <w:t>]</w:t>
      </w:r>
    </w:p>
    <w:p w14:paraId="1F4ABCC5" w14:textId="4014A5AE" w:rsidR="004904BA" w:rsidRDefault="00000000" w:rsidP="00EF180B">
      <w:pPr>
        <w:pStyle w:val="Paragraphedeliste"/>
        <w:numPr>
          <w:ilvl w:val="1"/>
          <w:numId w:val="25"/>
        </w:numPr>
        <w:bidi/>
        <w:spacing w:after="30"/>
        <w:ind w:right="198"/>
      </w:pPr>
      <w:r>
        <w:t>[</w:t>
      </w:r>
      <w:proofErr w:type="spellStart"/>
      <w:r>
        <w:rPr>
          <w:rFonts w:ascii="Times New Roman" w:hAnsi="Times New Roman" w:cs="Times New Roman"/>
        </w:rPr>
        <w:t>السنة</w:t>
      </w:r>
      <w:proofErr w:type="spellEnd"/>
      <w:r>
        <w:t xml:space="preserve">] - </w:t>
      </w:r>
      <w:proofErr w:type="spellStart"/>
      <w:r>
        <w:rPr>
          <w:rFonts w:ascii="Times New Roman" w:hAnsi="Times New Roman" w:cs="Times New Roman"/>
        </w:rPr>
        <w:t>تكوين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إضافي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ذي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صلة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بالممارسة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المهنية</w:t>
      </w:r>
      <w:proofErr w:type="spellEnd"/>
    </w:p>
    <w:p w14:paraId="3736FCAE" w14:textId="77777777" w:rsidR="00A84C28" w:rsidRDefault="00A84C28" w:rsidP="00A84C28">
      <w:pPr>
        <w:bidi/>
        <w:spacing w:after="30"/>
        <w:ind w:right="198" w:hanging="102"/>
      </w:pPr>
    </w:p>
    <w:p w14:paraId="31AAA6A9" w14:textId="77777777" w:rsidR="00A84C28" w:rsidRDefault="00A84C28" w:rsidP="00A84C28">
      <w:pPr>
        <w:bidi/>
        <w:spacing w:after="30"/>
        <w:ind w:right="198" w:hanging="102"/>
        <w:rPr>
          <w:rFonts w:hint="eastAsia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0540"/>
      </w:tblGrid>
      <w:tr w:rsidR="004904BA" w14:paraId="408B6636" w14:textId="77777777">
        <w:trPr>
          <w:jc w:val="right"/>
        </w:trPr>
        <w:tc>
          <w:tcPr>
            <w:tcW w:w="1054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</w:tcPr>
          <w:p w14:paraId="11388678" w14:textId="485C4B50" w:rsidR="004904BA" w:rsidRDefault="00000000" w:rsidP="00A84C28">
            <w:pPr>
              <w:pStyle w:val="Paragraphedeliste"/>
              <w:numPr>
                <w:ilvl w:val="0"/>
                <w:numId w:val="10"/>
              </w:numPr>
              <w:bidi/>
              <w:spacing w:before="20" w:after="20"/>
              <w:rPr>
                <w:rFonts w:hint="eastAsia"/>
              </w:rPr>
            </w:pPr>
            <w:proofErr w:type="spellStart"/>
            <w:r w:rsidRPr="00A84C28">
              <w:rPr>
                <w:rFonts w:ascii="Times New Roman" w:hAnsi="Times New Roman" w:cs="Times New Roman"/>
                <w:b/>
                <w:color w:val="FFFFFF"/>
                <w:sz w:val="25"/>
              </w:rPr>
              <w:t>الأنشطة</w:t>
            </w:r>
            <w:proofErr w:type="spellEnd"/>
            <w:r w:rsidRPr="00A84C28">
              <w:rPr>
                <w:b/>
                <w:color w:val="FFFFFF"/>
                <w:sz w:val="25"/>
              </w:rPr>
              <w:t xml:space="preserve"> </w:t>
            </w:r>
            <w:proofErr w:type="spellStart"/>
            <w:r w:rsidRPr="00A84C28">
              <w:rPr>
                <w:rFonts w:ascii="Times New Roman" w:hAnsi="Times New Roman" w:cs="Times New Roman"/>
                <w:b/>
                <w:color w:val="FFFFFF"/>
                <w:sz w:val="25"/>
              </w:rPr>
              <w:t>والتجارب</w:t>
            </w:r>
            <w:proofErr w:type="spellEnd"/>
            <w:r w:rsidRPr="00A84C28">
              <w:rPr>
                <w:b/>
                <w:color w:val="FFFFFF"/>
                <w:sz w:val="25"/>
              </w:rPr>
              <w:t xml:space="preserve"> </w:t>
            </w:r>
            <w:proofErr w:type="spellStart"/>
            <w:r w:rsidRPr="00A84C28">
              <w:rPr>
                <w:rFonts w:ascii="Times New Roman" w:hAnsi="Times New Roman" w:cs="Times New Roman"/>
                <w:b/>
                <w:color w:val="FFFFFF"/>
                <w:sz w:val="25"/>
              </w:rPr>
              <w:t>التربوية</w:t>
            </w:r>
            <w:proofErr w:type="spellEnd"/>
          </w:p>
        </w:tc>
      </w:tr>
    </w:tbl>
    <w:p w14:paraId="3EDCFD6F" w14:textId="77777777" w:rsidR="004904BA" w:rsidRDefault="004904BA" w:rsidP="00A4583A">
      <w:pPr>
        <w:bidi/>
        <w:spacing w:after="0"/>
        <w:rPr>
          <w:rFonts w:hint="eastAsia"/>
        </w:rPr>
      </w:pPr>
    </w:p>
    <w:p w14:paraId="3EF360AB" w14:textId="596AED47" w:rsidR="004904BA" w:rsidRDefault="00000000" w:rsidP="00EF180B">
      <w:pPr>
        <w:pStyle w:val="Paragraphedeliste"/>
        <w:numPr>
          <w:ilvl w:val="1"/>
          <w:numId w:val="27"/>
        </w:numPr>
        <w:bidi/>
        <w:spacing w:after="30"/>
        <w:ind w:right="198"/>
        <w:rPr>
          <w:rFonts w:hint="eastAsia"/>
        </w:rPr>
      </w:pPr>
      <w:proofErr w:type="spellStart"/>
      <w:r>
        <w:rPr>
          <w:rFonts w:ascii="Times New Roman" w:hAnsi="Times New Roman" w:cs="Times New Roman"/>
        </w:rPr>
        <w:t>المشاركة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في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مشاريع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أو</w:t>
      </w:r>
      <w:proofErr w:type="spellEnd"/>
      <w:r>
        <w:t xml:space="preserve"> </w:t>
      </w:r>
      <w:r>
        <w:rPr>
          <w:rFonts w:ascii="Times New Roman" w:hAnsi="Times New Roman" w:cs="Times New Roman"/>
        </w:rPr>
        <w:t>مبادرات</w:t>
      </w:r>
      <w:r>
        <w:t xml:space="preserve"> </w:t>
      </w:r>
      <w:r>
        <w:rPr>
          <w:rFonts w:ascii="Times New Roman" w:hAnsi="Times New Roman" w:cs="Times New Roman"/>
        </w:rPr>
        <w:t>تربوية</w:t>
      </w:r>
      <w:r>
        <w:t>: [</w:t>
      </w:r>
      <w:r>
        <w:rPr>
          <w:rFonts w:ascii="Times New Roman" w:hAnsi="Times New Roman" w:cs="Times New Roman"/>
        </w:rPr>
        <w:t>اذكر</w:t>
      </w:r>
      <w:r>
        <w:t xml:space="preserve"> </w:t>
      </w:r>
      <w:r>
        <w:rPr>
          <w:rFonts w:ascii="Times New Roman" w:hAnsi="Times New Roman" w:cs="Times New Roman"/>
        </w:rPr>
        <w:t>أهم</w:t>
      </w:r>
      <w:r>
        <w:t xml:space="preserve"> </w:t>
      </w:r>
      <w:r>
        <w:rPr>
          <w:rFonts w:ascii="Times New Roman" w:hAnsi="Times New Roman" w:cs="Times New Roman"/>
        </w:rPr>
        <w:t>مشروع</w:t>
      </w:r>
      <w:r>
        <w:t xml:space="preserve"> </w:t>
      </w:r>
      <w:r>
        <w:rPr>
          <w:rFonts w:ascii="Times New Roman" w:hAnsi="Times New Roman" w:cs="Times New Roman"/>
        </w:rPr>
        <w:t>أو</w:t>
      </w:r>
      <w:r>
        <w:t xml:space="preserve"> </w:t>
      </w:r>
      <w:r>
        <w:rPr>
          <w:rFonts w:ascii="Times New Roman" w:hAnsi="Times New Roman" w:cs="Times New Roman"/>
        </w:rPr>
        <w:t>مبادرة</w:t>
      </w:r>
      <w:r>
        <w:t>]</w:t>
      </w:r>
    </w:p>
    <w:p w14:paraId="19D055B1" w14:textId="51B0D3ED" w:rsidR="004904BA" w:rsidRDefault="00000000" w:rsidP="00EF180B">
      <w:pPr>
        <w:pStyle w:val="Paragraphedeliste"/>
        <w:numPr>
          <w:ilvl w:val="1"/>
          <w:numId w:val="27"/>
        </w:numPr>
        <w:bidi/>
        <w:spacing w:after="30"/>
        <w:ind w:right="198"/>
        <w:rPr>
          <w:rFonts w:hint="eastAsia"/>
        </w:rPr>
      </w:pPr>
      <w:proofErr w:type="spellStart"/>
      <w:r>
        <w:rPr>
          <w:rFonts w:ascii="Times New Roman" w:hAnsi="Times New Roman" w:cs="Times New Roman"/>
        </w:rPr>
        <w:t>إعداد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موارد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أو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أنشطة</w:t>
      </w:r>
      <w:proofErr w:type="spellEnd"/>
      <w:r>
        <w:t xml:space="preserve"> </w:t>
      </w:r>
      <w:r>
        <w:rPr>
          <w:rFonts w:ascii="Times New Roman" w:hAnsi="Times New Roman" w:cs="Times New Roman"/>
        </w:rPr>
        <w:t>تعليمية</w:t>
      </w:r>
      <w:r>
        <w:t>: [</w:t>
      </w:r>
      <w:r>
        <w:rPr>
          <w:rFonts w:ascii="Times New Roman" w:hAnsi="Times New Roman" w:cs="Times New Roman"/>
        </w:rPr>
        <w:t>وصف</w:t>
      </w:r>
      <w:r>
        <w:t xml:space="preserve"> </w:t>
      </w:r>
      <w:r>
        <w:rPr>
          <w:rFonts w:ascii="Times New Roman" w:hAnsi="Times New Roman" w:cs="Times New Roman"/>
        </w:rPr>
        <w:t>مختصر</w:t>
      </w:r>
      <w:r>
        <w:t>]</w:t>
      </w:r>
    </w:p>
    <w:p w14:paraId="68742B69" w14:textId="4247CC46" w:rsidR="004904BA" w:rsidRDefault="00000000" w:rsidP="00EF180B">
      <w:pPr>
        <w:pStyle w:val="Paragraphedeliste"/>
        <w:numPr>
          <w:ilvl w:val="1"/>
          <w:numId w:val="27"/>
        </w:numPr>
        <w:bidi/>
        <w:spacing w:after="30"/>
        <w:ind w:right="198"/>
        <w:rPr>
          <w:rFonts w:hint="eastAsia"/>
        </w:rPr>
      </w:pPr>
      <w:proofErr w:type="spellStart"/>
      <w:r>
        <w:rPr>
          <w:rFonts w:ascii="Times New Roman" w:hAnsi="Times New Roman" w:cs="Times New Roman"/>
        </w:rPr>
        <w:t>المشاركة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في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مجالس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أو</w:t>
      </w:r>
      <w:proofErr w:type="spellEnd"/>
      <w:r>
        <w:t xml:space="preserve"> </w:t>
      </w:r>
      <w:r>
        <w:rPr>
          <w:rFonts w:ascii="Times New Roman" w:hAnsi="Times New Roman" w:cs="Times New Roman"/>
        </w:rPr>
        <w:t>لجان</w:t>
      </w:r>
      <w:r>
        <w:t xml:space="preserve"> </w:t>
      </w:r>
      <w:r>
        <w:rPr>
          <w:rFonts w:ascii="Times New Roman" w:hAnsi="Times New Roman" w:cs="Times New Roman"/>
        </w:rPr>
        <w:t>أو</w:t>
      </w:r>
      <w:r>
        <w:t xml:space="preserve"> </w:t>
      </w:r>
      <w:r>
        <w:rPr>
          <w:rFonts w:ascii="Times New Roman" w:hAnsi="Times New Roman" w:cs="Times New Roman"/>
        </w:rPr>
        <w:t>فرق</w:t>
      </w:r>
      <w:r>
        <w:t xml:space="preserve"> </w:t>
      </w:r>
      <w:r>
        <w:rPr>
          <w:rFonts w:ascii="Times New Roman" w:hAnsi="Times New Roman" w:cs="Times New Roman"/>
        </w:rPr>
        <w:t>تربوية</w:t>
      </w:r>
      <w:r>
        <w:t>: [</w:t>
      </w:r>
      <w:r>
        <w:rPr>
          <w:rFonts w:ascii="Times New Roman" w:hAnsi="Times New Roman" w:cs="Times New Roman"/>
        </w:rPr>
        <w:t>عند</w:t>
      </w:r>
      <w:r>
        <w:t xml:space="preserve"> </w:t>
      </w:r>
      <w:r>
        <w:rPr>
          <w:rFonts w:ascii="Times New Roman" w:hAnsi="Times New Roman" w:cs="Times New Roman"/>
        </w:rPr>
        <w:t>الاقتضاء</w:t>
      </w:r>
      <w:r>
        <w:t>]</w:t>
      </w:r>
    </w:p>
    <w:p w14:paraId="4BB23941" w14:textId="53F0BE3D" w:rsidR="004904BA" w:rsidRDefault="00000000" w:rsidP="00EF180B">
      <w:pPr>
        <w:pStyle w:val="Paragraphedeliste"/>
        <w:numPr>
          <w:ilvl w:val="1"/>
          <w:numId w:val="27"/>
        </w:numPr>
        <w:bidi/>
        <w:spacing w:after="30"/>
        <w:ind w:right="198"/>
      </w:pPr>
      <w:proofErr w:type="spellStart"/>
      <w:r>
        <w:rPr>
          <w:rFonts w:ascii="Times New Roman" w:hAnsi="Times New Roman" w:cs="Times New Roman"/>
        </w:rPr>
        <w:t>المساهمة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في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أنشطة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المؤسسة</w:t>
      </w:r>
      <w:proofErr w:type="spellEnd"/>
      <w:r>
        <w:t xml:space="preserve"> </w:t>
      </w:r>
      <w:r>
        <w:rPr>
          <w:rFonts w:ascii="Times New Roman" w:hAnsi="Times New Roman" w:cs="Times New Roman"/>
        </w:rPr>
        <w:t>أو</w:t>
      </w:r>
      <w:r>
        <w:t xml:space="preserve"> </w:t>
      </w:r>
      <w:r>
        <w:rPr>
          <w:rFonts w:ascii="Times New Roman" w:hAnsi="Times New Roman" w:cs="Times New Roman"/>
        </w:rPr>
        <w:t>التأطير</w:t>
      </w:r>
      <w:r>
        <w:t xml:space="preserve"> </w:t>
      </w:r>
      <w:r>
        <w:rPr>
          <w:rFonts w:ascii="Times New Roman" w:hAnsi="Times New Roman" w:cs="Times New Roman"/>
        </w:rPr>
        <w:t>أو</w:t>
      </w:r>
      <w:r>
        <w:t xml:space="preserve"> </w:t>
      </w:r>
      <w:r>
        <w:rPr>
          <w:rFonts w:ascii="Times New Roman" w:hAnsi="Times New Roman" w:cs="Times New Roman"/>
        </w:rPr>
        <w:t>التكوين</w:t>
      </w:r>
      <w:r>
        <w:t>: [</w:t>
      </w:r>
      <w:r>
        <w:rPr>
          <w:rFonts w:ascii="Times New Roman" w:hAnsi="Times New Roman" w:cs="Times New Roman"/>
        </w:rPr>
        <w:t>وصف</w:t>
      </w:r>
      <w:r>
        <w:t xml:space="preserve"> </w:t>
      </w:r>
      <w:r>
        <w:rPr>
          <w:rFonts w:ascii="Times New Roman" w:hAnsi="Times New Roman" w:cs="Times New Roman"/>
        </w:rPr>
        <w:t>مختصر</w:t>
      </w:r>
      <w:r>
        <w:t>]</w:t>
      </w:r>
    </w:p>
    <w:p w14:paraId="75CB19E2" w14:textId="77777777" w:rsidR="00A84C28" w:rsidRDefault="00A84C28" w:rsidP="00A84C28">
      <w:pPr>
        <w:bidi/>
        <w:spacing w:after="30"/>
        <w:ind w:right="198" w:hanging="102"/>
      </w:pPr>
    </w:p>
    <w:p w14:paraId="03A5D89B" w14:textId="77777777" w:rsidR="00A84C28" w:rsidRDefault="00A84C28" w:rsidP="00A84C28">
      <w:pPr>
        <w:bidi/>
        <w:spacing w:after="30"/>
        <w:ind w:right="198" w:hanging="102"/>
        <w:rPr>
          <w:rFonts w:hint="eastAsia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0540"/>
      </w:tblGrid>
      <w:tr w:rsidR="004904BA" w14:paraId="578FC680" w14:textId="77777777">
        <w:trPr>
          <w:jc w:val="right"/>
        </w:trPr>
        <w:tc>
          <w:tcPr>
            <w:tcW w:w="1054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</w:tcPr>
          <w:p w14:paraId="0F4B51DA" w14:textId="6752F800" w:rsidR="004904BA" w:rsidRDefault="00000000" w:rsidP="00A84C28">
            <w:pPr>
              <w:pStyle w:val="Paragraphedeliste"/>
              <w:numPr>
                <w:ilvl w:val="0"/>
                <w:numId w:val="10"/>
              </w:numPr>
              <w:bidi/>
              <w:spacing w:before="20" w:after="20"/>
              <w:rPr>
                <w:rFonts w:hint="eastAsia"/>
              </w:rPr>
            </w:pPr>
            <w:proofErr w:type="spellStart"/>
            <w:r w:rsidRPr="00A84C28">
              <w:rPr>
                <w:rFonts w:ascii="Times New Roman" w:hAnsi="Times New Roman" w:cs="Times New Roman"/>
                <w:b/>
                <w:color w:val="FFFFFF"/>
                <w:sz w:val="25"/>
              </w:rPr>
              <w:t>المهارات</w:t>
            </w:r>
            <w:proofErr w:type="spellEnd"/>
            <w:r w:rsidRPr="00A84C28">
              <w:rPr>
                <w:b/>
                <w:color w:val="FFFFFF"/>
                <w:sz w:val="25"/>
              </w:rPr>
              <w:t xml:space="preserve"> </w:t>
            </w:r>
            <w:proofErr w:type="spellStart"/>
            <w:r w:rsidRPr="00A84C28">
              <w:rPr>
                <w:rFonts w:ascii="Times New Roman" w:hAnsi="Times New Roman" w:cs="Times New Roman"/>
                <w:b/>
                <w:color w:val="FFFFFF"/>
                <w:sz w:val="25"/>
              </w:rPr>
              <w:t>المهنية</w:t>
            </w:r>
            <w:proofErr w:type="spellEnd"/>
          </w:p>
        </w:tc>
      </w:tr>
    </w:tbl>
    <w:p w14:paraId="41BF0014" w14:textId="77777777" w:rsidR="004904BA" w:rsidRDefault="004904BA" w:rsidP="00A4583A">
      <w:pPr>
        <w:bidi/>
        <w:spacing w:after="0"/>
        <w:rPr>
          <w:rFonts w:hint="eastAsia"/>
        </w:rPr>
      </w:pPr>
    </w:p>
    <w:p w14:paraId="5772E877" w14:textId="7FC88A94" w:rsidR="004904BA" w:rsidRDefault="00000000" w:rsidP="00EF180B">
      <w:pPr>
        <w:pStyle w:val="Paragraphedeliste"/>
        <w:numPr>
          <w:ilvl w:val="1"/>
          <w:numId w:val="29"/>
        </w:numPr>
        <w:bidi/>
        <w:spacing w:after="30"/>
        <w:ind w:right="198"/>
        <w:rPr>
          <w:rFonts w:hint="eastAsia"/>
        </w:rPr>
      </w:pPr>
      <w:proofErr w:type="spellStart"/>
      <w:r>
        <w:rPr>
          <w:rFonts w:ascii="Times New Roman" w:hAnsi="Times New Roman" w:cs="Times New Roman"/>
        </w:rPr>
        <w:t>تحليل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الممارسات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الصفية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وتشخيص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الصعوبات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المرتبطة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بالتعلم</w:t>
      </w:r>
      <w:proofErr w:type="spellEnd"/>
    </w:p>
    <w:p w14:paraId="6E4CF7F7" w14:textId="4B795EF4" w:rsidR="004904BA" w:rsidRDefault="00000000" w:rsidP="00EF180B">
      <w:pPr>
        <w:pStyle w:val="Paragraphedeliste"/>
        <w:numPr>
          <w:ilvl w:val="1"/>
          <w:numId w:val="29"/>
        </w:numPr>
        <w:bidi/>
        <w:spacing w:after="30"/>
        <w:ind w:right="198"/>
        <w:rPr>
          <w:rFonts w:hint="eastAsia"/>
        </w:rPr>
      </w:pPr>
      <w:proofErr w:type="spellStart"/>
      <w:r>
        <w:rPr>
          <w:rFonts w:ascii="Times New Roman" w:hAnsi="Times New Roman" w:cs="Times New Roman"/>
        </w:rPr>
        <w:t>إعداد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الأنشطة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والموارد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التعليمية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وتقويم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التعلمات</w:t>
      </w:r>
      <w:proofErr w:type="spellEnd"/>
    </w:p>
    <w:p w14:paraId="19D1BDA9" w14:textId="0A3C94FB" w:rsidR="004904BA" w:rsidRDefault="00000000" w:rsidP="00EF180B">
      <w:pPr>
        <w:pStyle w:val="Paragraphedeliste"/>
        <w:numPr>
          <w:ilvl w:val="1"/>
          <w:numId w:val="29"/>
        </w:numPr>
        <w:bidi/>
        <w:spacing w:after="30"/>
        <w:ind w:right="198"/>
        <w:rPr>
          <w:rFonts w:hint="eastAsia"/>
        </w:rPr>
      </w:pPr>
      <w:proofErr w:type="spellStart"/>
      <w:r>
        <w:rPr>
          <w:rFonts w:ascii="Times New Roman" w:hAnsi="Times New Roman" w:cs="Times New Roman"/>
        </w:rPr>
        <w:t>استعمال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الأدوات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والموارد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الرقمية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في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المجال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التربوي</w:t>
      </w:r>
      <w:proofErr w:type="spellEnd"/>
    </w:p>
    <w:p w14:paraId="1E65CAD9" w14:textId="512C0898" w:rsidR="004904BA" w:rsidRDefault="00000000" w:rsidP="00EF180B">
      <w:pPr>
        <w:pStyle w:val="Paragraphedeliste"/>
        <w:numPr>
          <w:ilvl w:val="1"/>
          <w:numId w:val="29"/>
        </w:numPr>
        <w:bidi/>
        <w:spacing w:after="30"/>
        <w:ind w:right="198"/>
        <w:rPr>
          <w:rFonts w:hint="eastAsia"/>
        </w:rPr>
      </w:pPr>
      <w:proofErr w:type="spellStart"/>
      <w:r>
        <w:rPr>
          <w:rFonts w:ascii="Times New Roman" w:hAnsi="Times New Roman" w:cs="Times New Roman"/>
        </w:rPr>
        <w:t>العمل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ضمن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فريق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والمساهمة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في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المشاريع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التربوية</w:t>
      </w:r>
      <w:proofErr w:type="spellEnd"/>
    </w:p>
    <w:p w14:paraId="4223A120" w14:textId="1F6E991D" w:rsidR="004904BA" w:rsidRDefault="00000000" w:rsidP="00EF180B">
      <w:pPr>
        <w:pStyle w:val="Paragraphedeliste"/>
        <w:numPr>
          <w:ilvl w:val="1"/>
          <w:numId w:val="29"/>
        </w:numPr>
        <w:bidi/>
        <w:spacing w:after="30"/>
        <w:ind w:right="198"/>
      </w:pPr>
      <w:r>
        <w:t>[</w:t>
      </w:r>
      <w:proofErr w:type="spellStart"/>
      <w:r>
        <w:rPr>
          <w:rFonts w:ascii="Times New Roman" w:hAnsi="Times New Roman" w:cs="Times New Roman"/>
        </w:rPr>
        <w:t>مهارة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مهنية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إضافية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مرتبطة</w:t>
      </w:r>
      <w:proofErr w:type="spellEnd"/>
      <w:r>
        <w:t xml:space="preserve"> </w:t>
      </w:r>
      <w:r>
        <w:rPr>
          <w:rFonts w:ascii="Times New Roman" w:hAnsi="Times New Roman" w:cs="Times New Roman"/>
        </w:rPr>
        <w:t>بمسار</w:t>
      </w:r>
      <w:r>
        <w:t xml:space="preserve"> </w:t>
      </w:r>
      <w:r>
        <w:rPr>
          <w:rFonts w:ascii="Times New Roman" w:hAnsi="Times New Roman" w:cs="Times New Roman"/>
        </w:rPr>
        <w:t>المترشح</w:t>
      </w:r>
      <w:r>
        <w:t>]</w:t>
      </w:r>
    </w:p>
    <w:p w14:paraId="426DBDAF" w14:textId="77777777" w:rsidR="00A84C28" w:rsidRDefault="00A84C28" w:rsidP="00A84C28">
      <w:pPr>
        <w:bidi/>
        <w:spacing w:after="30"/>
        <w:ind w:right="198" w:hanging="102"/>
      </w:pPr>
    </w:p>
    <w:p w14:paraId="72DBF6CF" w14:textId="77777777" w:rsidR="00A84C28" w:rsidRDefault="00A84C28" w:rsidP="00A84C28">
      <w:pPr>
        <w:bidi/>
        <w:spacing w:after="30"/>
        <w:ind w:right="198" w:hanging="102"/>
        <w:rPr>
          <w:rFonts w:hint="eastAsia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0540"/>
      </w:tblGrid>
      <w:tr w:rsidR="004904BA" w14:paraId="6BADABF3" w14:textId="77777777">
        <w:trPr>
          <w:jc w:val="right"/>
        </w:trPr>
        <w:tc>
          <w:tcPr>
            <w:tcW w:w="1054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</w:tcPr>
          <w:p w14:paraId="6BE92E9A" w14:textId="66EDC1C4" w:rsidR="004904BA" w:rsidRDefault="00000000" w:rsidP="00A84C28">
            <w:pPr>
              <w:pStyle w:val="Paragraphedeliste"/>
              <w:numPr>
                <w:ilvl w:val="0"/>
                <w:numId w:val="10"/>
              </w:numPr>
              <w:bidi/>
              <w:spacing w:before="20" w:after="20"/>
              <w:rPr>
                <w:rFonts w:hint="eastAsia"/>
              </w:rPr>
            </w:pPr>
            <w:proofErr w:type="spellStart"/>
            <w:r w:rsidRPr="00A84C28">
              <w:rPr>
                <w:rFonts w:ascii="Times New Roman" w:hAnsi="Times New Roman" w:cs="Times New Roman"/>
                <w:b/>
                <w:color w:val="FFFFFF"/>
                <w:sz w:val="25"/>
              </w:rPr>
              <w:t>الاهتمامات</w:t>
            </w:r>
            <w:proofErr w:type="spellEnd"/>
            <w:r w:rsidRPr="00A84C28">
              <w:rPr>
                <w:b/>
                <w:color w:val="FFFFFF"/>
                <w:sz w:val="25"/>
              </w:rPr>
              <w:t xml:space="preserve"> </w:t>
            </w:r>
            <w:proofErr w:type="spellStart"/>
            <w:r w:rsidRPr="00A84C28">
              <w:rPr>
                <w:rFonts w:ascii="Times New Roman" w:hAnsi="Times New Roman" w:cs="Times New Roman"/>
                <w:b/>
                <w:color w:val="FFFFFF"/>
                <w:sz w:val="25"/>
              </w:rPr>
              <w:t>التربوية</w:t>
            </w:r>
            <w:proofErr w:type="spellEnd"/>
            <w:r w:rsidRPr="00A84C28">
              <w:rPr>
                <w:b/>
                <w:color w:val="FFFFFF"/>
                <w:sz w:val="25"/>
              </w:rPr>
              <w:t xml:space="preserve"> </w:t>
            </w:r>
            <w:proofErr w:type="spellStart"/>
            <w:r w:rsidRPr="00A84C28">
              <w:rPr>
                <w:rFonts w:ascii="Times New Roman" w:hAnsi="Times New Roman" w:cs="Times New Roman"/>
                <w:b/>
                <w:color w:val="FFFFFF"/>
                <w:sz w:val="25"/>
              </w:rPr>
              <w:t>والبحثية</w:t>
            </w:r>
            <w:proofErr w:type="spellEnd"/>
          </w:p>
        </w:tc>
      </w:tr>
    </w:tbl>
    <w:p w14:paraId="00AA7999" w14:textId="77777777" w:rsidR="004904BA" w:rsidRDefault="004904BA" w:rsidP="00A4583A">
      <w:pPr>
        <w:bidi/>
        <w:spacing w:after="0"/>
        <w:rPr>
          <w:rFonts w:hint="eastAsia"/>
        </w:rPr>
      </w:pPr>
    </w:p>
    <w:p w14:paraId="2707A0D9" w14:textId="70300A89" w:rsidR="004904BA" w:rsidRDefault="00000000" w:rsidP="00EF180B">
      <w:pPr>
        <w:pStyle w:val="Paragraphedeliste"/>
        <w:numPr>
          <w:ilvl w:val="1"/>
          <w:numId w:val="31"/>
        </w:numPr>
        <w:bidi/>
        <w:spacing w:after="30"/>
        <w:ind w:right="198"/>
        <w:rPr>
          <w:rFonts w:hint="eastAsia"/>
        </w:rPr>
      </w:pPr>
      <w:r>
        <w:t>[</w:t>
      </w:r>
      <w:proofErr w:type="spellStart"/>
      <w:r>
        <w:rPr>
          <w:rFonts w:ascii="Times New Roman" w:hAnsi="Times New Roman" w:cs="Times New Roman"/>
        </w:rPr>
        <w:t>مثال</w:t>
      </w:r>
      <w:proofErr w:type="spellEnd"/>
      <w:r>
        <w:t xml:space="preserve">: </w:t>
      </w:r>
      <w:proofErr w:type="spellStart"/>
      <w:r>
        <w:rPr>
          <w:rFonts w:ascii="Times New Roman" w:hAnsi="Times New Roman" w:cs="Times New Roman"/>
        </w:rPr>
        <w:t>ديداكتيك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الرياضيات</w:t>
      </w:r>
      <w:proofErr w:type="spellEnd"/>
      <w:r>
        <w:t>]</w:t>
      </w:r>
    </w:p>
    <w:p w14:paraId="6AB27C7F" w14:textId="54C75694" w:rsidR="004904BA" w:rsidRDefault="00000000" w:rsidP="00EF180B">
      <w:pPr>
        <w:pStyle w:val="Paragraphedeliste"/>
        <w:numPr>
          <w:ilvl w:val="1"/>
          <w:numId w:val="31"/>
        </w:numPr>
        <w:bidi/>
        <w:spacing w:after="30"/>
        <w:ind w:right="198"/>
        <w:rPr>
          <w:rFonts w:hint="eastAsia"/>
        </w:rPr>
      </w:pPr>
      <w:r>
        <w:t>[</w:t>
      </w:r>
      <w:proofErr w:type="spellStart"/>
      <w:r>
        <w:rPr>
          <w:rFonts w:ascii="Times New Roman" w:hAnsi="Times New Roman" w:cs="Times New Roman"/>
        </w:rPr>
        <w:t>مثال</w:t>
      </w:r>
      <w:proofErr w:type="spellEnd"/>
      <w:r>
        <w:t xml:space="preserve">: </w:t>
      </w:r>
      <w:proofErr w:type="spellStart"/>
      <w:r>
        <w:rPr>
          <w:rFonts w:ascii="Times New Roman" w:hAnsi="Times New Roman" w:cs="Times New Roman"/>
        </w:rPr>
        <w:t>صعوبات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التعلم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وتحليل</w:t>
      </w:r>
      <w:proofErr w:type="spellEnd"/>
      <w:r>
        <w:t xml:space="preserve"> </w:t>
      </w:r>
      <w:r>
        <w:rPr>
          <w:rFonts w:ascii="Times New Roman" w:hAnsi="Times New Roman" w:cs="Times New Roman"/>
        </w:rPr>
        <w:t>الأخطاء</w:t>
      </w:r>
      <w:r>
        <w:t>]</w:t>
      </w:r>
    </w:p>
    <w:p w14:paraId="5C5F0D68" w14:textId="1C590C7F" w:rsidR="004904BA" w:rsidRDefault="00000000" w:rsidP="00EF180B">
      <w:pPr>
        <w:pStyle w:val="Paragraphedeliste"/>
        <w:numPr>
          <w:ilvl w:val="1"/>
          <w:numId w:val="31"/>
        </w:numPr>
        <w:bidi/>
        <w:spacing w:after="30"/>
        <w:ind w:right="198"/>
        <w:rPr>
          <w:rFonts w:hint="eastAsia"/>
        </w:rPr>
      </w:pPr>
      <w:r>
        <w:t>[</w:t>
      </w:r>
      <w:proofErr w:type="spellStart"/>
      <w:r>
        <w:rPr>
          <w:rFonts w:ascii="Times New Roman" w:hAnsi="Times New Roman" w:cs="Times New Roman"/>
        </w:rPr>
        <w:t>مثال</w:t>
      </w:r>
      <w:proofErr w:type="spellEnd"/>
      <w:r>
        <w:t xml:space="preserve">: </w:t>
      </w:r>
      <w:proofErr w:type="spellStart"/>
      <w:r>
        <w:rPr>
          <w:rFonts w:ascii="Times New Roman" w:hAnsi="Times New Roman" w:cs="Times New Roman"/>
        </w:rPr>
        <w:t>التقويم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التربوي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والدعم</w:t>
      </w:r>
      <w:proofErr w:type="spellEnd"/>
      <w:r>
        <w:t>]</w:t>
      </w:r>
    </w:p>
    <w:p w14:paraId="45923B47" w14:textId="24AC2D11" w:rsidR="004904BA" w:rsidRDefault="00000000" w:rsidP="00EF180B">
      <w:pPr>
        <w:pStyle w:val="Paragraphedeliste"/>
        <w:numPr>
          <w:ilvl w:val="1"/>
          <w:numId w:val="31"/>
        </w:numPr>
        <w:bidi/>
        <w:spacing w:after="30"/>
        <w:ind w:right="198"/>
        <w:rPr>
          <w:rFonts w:hint="eastAsia"/>
        </w:rPr>
      </w:pPr>
      <w:r>
        <w:t>[</w:t>
      </w:r>
      <w:proofErr w:type="spellStart"/>
      <w:r>
        <w:rPr>
          <w:rFonts w:ascii="Times New Roman" w:hAnsi="Times New Roman" w:cs="Times New Roman"/>
        </w:rPr>
        <w:t>مثال</w:t>
      </w:r>
      <w:proofErr w:type="spellEnd"/>
      <w:r>
        <w:t xml:space="preserve">: </w:t>
      </w:r>
      <w:proofErr w:type="spellStart"/>
      <w:r>
        <w:rPr>
          <w:rFonts w:ascii="Times New Roman" w:hAnsi="Times New Roman" w:cs="Times New Roman"/>
        </w:rPr>
        <w:t>توظيف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التكنولوجيا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في</w:t>
      </w:r>
      <w:proofErr w:type="spellEnd"/>
      <w:r>
        <w:t xml:space="preserve"> </w:t>
      </w:r>
      <w:r>
        <w:rPr>
          <w:rFonts w:ascii="Times New Roman" w:hAnsi="Times New Roman" w:cs="Times New Roman"/>
        </w:rPr>
        <w:t>التعليم</w:t>
      </w:r>
      <w:r>
        <w:t>]</w:t>
      </w:r>
    </w:p>
    <w:p w14:paraId="15F8ED3C" w14:textId="5960662E" w:rsidR="004904BA" w:rsidRDefault="00000000" w:rsidP="00EF180B">
      <w:pPr>
        <w:pStyle w:val="Paragraphedeliste"/>
        <w:numPr>
          <w:ilvl w:val="1"/>
          <w:numId w:val="31"/>
        </w:numPr>
        <w:bidi/>
        <w:spacing w:after="30"/>
        <w:ind w:right="198"/>
      </w:pPr>
      <w:r>
        <w:t>[</w:t>
      </w:r>
      <w:proofErr w:type="spellStart"/>
      <w:r>
        <w:rPr>
          <w:rFonts w:ascii="Times New Roman" w:hAnsi="Times New Roman" w:cs="Times New Roman"/>
        </w:rPr>
        <w:t>موضوع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مرتبط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بمشروع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البحث</w:t>
      </w:r>
      <w:proofErr w:type="spellEnd"/>
      <w:r>
        <w:t xml:space="preserve"> </w:t>
      </w:r>
      <w:r>
        <w:rPr>
          <w:rFonts w:ascii="Times New Roman" w:hAnsi="Times New Roman" w:cs="Times New Roman"/>
        </w:rPr>
        <w:t>المقترح</w:t>
      </w:r>
      <w:r>
        <w:t xml:space="preserve"> </w:t>
      </w:r>
      <w:r>
        <w:rPr>
          <w:rFonts w:ascii="Times New Roman" w:hAnsi="Times New Roman" w:cs="Times New Roman"/>
        </w:rPr>
        <w:t>في</w:t>
      </w:r>
      <w:r>
        <w:t xml:space="preserve"> </w:t>
      </w:r>
      <w:r>
        <w:rPr>
          <w:rFonts w:ascii="Times New Roman" w:hAnsi="Times New Roman" w:cs="Times New Roman"/>
        </w:rPr>
        <w:t>الرسالة</w:t>
      </w:r>
      <w:r>
        <w:t xml:space="preserve"> </w:t>
      </w:r>
      <w:r>
        <w:rPr>
          <w:rFonts w:ascii="Times New Roman" w:hAnsi="Times New Roman" w:cs="Times New Roman"/>
        </w:rPr>
        <w:t>التحفيزية</w:t>
      </w:r>
      <w:r>
        <w:t>]</w:t>
      </w:r>
    </w:p>
    <w:p w14:paraId="1EF0E657" w14:textId="77777777" w:rsidR="00A84C28" w:rsidRDefault="00A84C28" w:rsidP="00A84C28">
      <w:pPr>
        <w:bidi/>
        <w:spacing w:after="30"/>
        <w:ind w:right="198" w:hanging="102"/>
      </w:pPr>
    </w:p>
    <w:p w14:paraId="04C6322B" w14:textId="77777777" w:rsidR="00A84C28" w:rsidRDefault="00A84C28" w:rsidP="00A84C28">
      <w:pPr>
        <w:bidi/>
        <w:spacing w:after="30"/>
        <w:ind w:right="198" w:hanging="102"/>
        <w:rPr>
          <w:rFonts w:hint="eastAsia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0540"/>
      </w:tblGrid>
      <w:tr w:rsidR="004904BA" w14:paraId="060B4133" w14:textId="77777777">
        <w:trPr>
          <w:jc w:val="right"/>
        </w:trPr>
        <w:tc>
          <w:tcPr>
            <w:tcW w:w="10540" w:type="dxa"/>
            <w:tcBorders>
              <w:top w:val="single" w:sz="1" w:space="0" w:color="1F4E79"/>
              <w:left w:val="single" w:sz="1" w:space="0" w:color="1F4E79"/>
              <w:bottom w:val="single" w:sz="1" w:space="0" w:color="1F4E79"/>
              <w:right w:val="single" w:sz="1" w:space="0" w:color="1F4E79"/>
            </w:tcBorders>
            <w:shd w:val="clear" w:color="auto" w:fill="1F4E79"/>
          </w:tcPr>
          <w:p w14:paraId="09B1D37E" w14:textId="14B2989D" w:rsidR="004904BA" w:rsidRDefault="00000000" w:rsidP="00A84C28">
            <w:pPr>
              <w:pStyle w:val="Paragraphedeliste"/>
              <w:numPr>
                <w:ilvl w:val="0"/>
                <w:numId w:val="10"/>
              </w:numPr>
              <w:bidi/>
              <w:spacing w:before="20" w:after="20"/>
              <w:rPr>
                <w:rFonts w:hint="eastAsia"/>
              </w:rPr>
            </w:pPr>
            <w:proofErr w:type="spellStart"/>
            <w:r w:rsidRPr="00A84C28">
              <w:rPr>
                <w:rFonts w:ascii="Times New Roman" w:hAnsi="Times New Roman" w:cs="Times New Roman"/>
                <w:b/>
                <w:color w:val="FFFFFF"/>
                <w:sz w:val="25"/>
              </w:rPr>
              <w:t>اللغات</w:t>
            </w:r>
            <w:proofErr w:type="spellEnd"/>
            <w:r w:rsidRPr="00A84C28">
              <w:rPr>
                <w:b/>
                <w:color w:val="FFFFFF"/>
                <w:sz w:val="25"/>
              </w:rPr>
              <w:t xml:space="preserve"> </w:t>
            </w:r>
            <w:proofErr w:type="spellStart"/>
            <w:r w:rsidRPr="00A84C28">
              <w:rPr>
                <w:rFonts w:ascii="Times New Roman" w:hAnsi="Times New Roman" w:cs="Times New Roman"/>
                <w:b/>
                <w:color w:val="FFFFFF"/>
                <w:sz w:val="25"/>
              </w:rPr>
              <w:t>والمهارات</w:t>
            </w:r>
            <w:proofErr w:type="spellEnd"/>
            <w:r w:rsidRPr="00A84C28">
              <w:rPr>
                <w:b/>
                <w:color w:val="FFFFFF"/>
                <w:sz w:val="25"/>
              </w:rPr>
              <w:t xml:space="preserve"> </w:t>
            </w:r>
            <w:proofErr w:type="spellStart"/>
            <w:r w:rsidRPr="00A84C28">
              <w:rPr>
                <w:rFonts w:ascii="Times New Roman" w:hAnsi="Times New Roman" w:cs="Times New Roman"/>
                <w:b/>
                <w:color w:val="FFFFFF"/>
                <w:sz w:val="25"/>
              </w:rPr>
              <w:t>الرقمية</w:t>
            </w:r>
            <w:proofErr w:type="spellEnd"/>
          </w:p>
        </w:tc>
      </w:tr>
    </w:tbl>
    <w:p w14:paraId="78D0EC62" w14:textId="77777777" w:rsidR="004904BA" w:rsidRDefault="004904BA" w:rsidP="00A4583A">
      <w:pPr>
        <w:bidi/>
        <w:spacing w:after="0"/>
        <w:rPr>
          <w:rFonts w:hint="eastAsia"/>
        </w:rPr>
      </w:pPr>
    </w:p>
    <w:p w14:paraId="020967E9" w14:textId="77777777" w:rsidR="004904BA" w:rsidRDefault="00000000" w:rsidP="00A4583A">
      <w:pPr>
        <w:bidi/>
        <w:spacing w:after="40"/>
        <w:rPr>
          <w:rFonts w:hint="eastAsia"/>
        </w:rPr>
      </w:pPr>
      <w:r>
        <w:rPr>
          <w:b/>
          <w:color w:val="1F4E79"/>
        </w:rPr>
        <w:t xml:space="preserve">اللغات: </w:t>
      </w:r>
      <w:r>
        <w:t>[العربية: ...]   [الفرنسية: ...]   [لغة أخرى: ...]</w:t>
      </w:r>
    </w:p>
    <w:p w14:paraId="3DE4164F" w14:textId="77777777" w:rsidR="004904BA" w:rsidRDefault="00000000" w:rsidP="00A4583A">
      <w:pPr>
        <w:bidi/>
        <w:spacing w:after="40"/>
        <w:rPr>
          <w:rFonts w:hint="eastAsia"/>
        </w:rPr>
      </w:pPr>
      <w:r>
        <w:rPr>
          <w:b/>
          <w:color w:val="1F4E79"/>
        </w:rPr>
        <w:t xml:space="preserve">المهارات الرقمية: </w:t>
      </w:r>
      <w:r>
        <w:t>[برامج مكتبية / أدوات تعليمية / موارد رقمية / منصات ...]</w:t>
      </w:r>
    </w:p>
    <w:p w14:paraId="7238A52C" w14:textId="77777777" w:rsidR="004904BA" w:rsidRDefault="00000000" w:rsidP="00A4583A">
      <w:pPr>
        <w:bidi/>
        <w:spacing w:before="160" w:after="0"/>
        <w:rPr>
          <w:rFonts w:hint="eastAsia"/>
        </w:rPr>
      </w:pPr>
      <w:r>
        <w:rPr>
          <w:b/>
          <w:color w:val="5A5A5A"/>
          <w:sz w:val="19"/>
        </w:rPr>
        <w:t>ملاحظة: يُفضّل أن تبقى السيرة الذاتية مختصرة، واضحة، ومركزة على المسار المهني والعلمي والخبرات ذات الصلة بالترشيح.</w:t>
      </w:r>
    </w:p>
    <w:sectPr w:rsidR="004904BA" w:rsidSect="00034616">
      <w:pgSz w:w="12240" w:h="15840"/>
      <w:pgMar w:top="794" w:right="850" w:bottom="79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Naskh Arabic">
    <w:altName w:val="Cambria"/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C41F88"/>
    <w:multiLevelType w:val="hybridMultilevel"/>
    <w:tmpl w:val="D53020E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ED70B2"/>
    <w:multiLevelType w:val="hybridMultilevel"/>
    <w:tmpl w:val="842058C6"/>
    <w:lvl w:ilvl="0" w:tplc="FFFFFFFF">
      <w:start w:val="1"/>
      <w:numFmt w:val="bullet"/>
      <w:lvlText w:val=""/>
      <w:lvlJc w:val="left"/>
      <w:pPr>
        <w:ind w:left="618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05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7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9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1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3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5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78" w:hanging="360"/>
      </w:pPr>
      <w:rPr>
        <w:rFonts w:ascii="Wingdings" w:hAnsi="Wingdings" w:hint="default"/>
      </w:rPr>
    </w:lvl>
  </w:abstractNum>
  <w:abstractNum w:abstractNumId="11" w15:restartNumberingAfterBreak="0">
    <w:nsid w:val="0A11548A"/>
    <w:multiLevelType w:val="hybridMultilevel"/>
    <w:tmpl w:val="5344C61C"/>
    <w:lvl w:ilvl="0" w:tplc="FFFFFFFF">
      <w:start w:val="1"/>
      <w:numFmt w:val="bullet"/>
      <w:lvlText w:val=""/>
      <w:lvlJc w:val="left"/>
      <w:pPr>
        <w:ind w:left="618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05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7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9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1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3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5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78" w:hanging="360"/>
      </w:pPr>
      <w:rPr>
        <w:rFonts w:ascii="Wingdings" w:hAnsi="Wingdings" w:hint="default"/>
      </w:rPr>
    </w:lvl>
  </w:abstractNum>
  <w:abstractNum w:abstractNumId="12" w15:restartNumberingAfterBreak="0">
    <w:nsid w:val="10553B31"/>
    <w:multiLevelType w:val="hybridMultilevel"/>
    <w:tmpl w:val="EBD4DCB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6F1875"/>
    <w:multiLevelType w:val="hybridMultilevel"/>
    <w:tmpl w:val="E7C2C1D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2F471A"/>
    <w:multiLevelType w:val="hybridMultilevel"/>
    <w:tmpl w:val="823E04EA"/>
    <w:lvl w:ilvl="0" w:tplc="A61601E2">
      <w:start w:val="1"/>
      <w:numFmt w:val="decimal"/>
      <w:lvlText w:val="%1."/>
      <w:lvlJc w:val="left"/>
      <w:pPr>
        <w:ind w:left="720" w:hanging="360"/>
      </w:pPr>
      <w:rPr>
        <w:color w:val="FFFFFF" w:themeColor="background1"/>
      </w:rPr>
    </w:lvl>
    <w:lvl w:ilvl="1" w:tplc="D3F025FA">
      <w:start w:val="1"/>
      <w:numFmt w:val="bullet"/>
      <w:lvlText w:val="•"/>
      <w:lvlJc w:val="left"/>
      <w:pPr>
        <w:ind w:left="1440" w:hanging="360"/>
      </w:pPr>
      <w:rPr>
        <w:rFonts w:ascii="Noto Naskh Arabic" w:eastAsiaTheme="minorEastAsia" w:hAnsi="Noto Naskh Arabic" w:cs="Noto Naskh Arabic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2F0663"/>
    <w:multiLevelType w:val="hybridMultilevel"/>
    <w:tmpl w:val="8C10C120"/>
    <w:lvl w:ilvl="0" w:tplc="040C0001">
      <w:start w:val="1"/>
      <w:numFmt w:val="bullet"/>
      <w:lvlText w:val=""/>
      <w:lvlJc w:val="left"/>
      <w:pPr>
        <w:ind w:left="61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3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78" w:hanging="360"/>
      </w:pPr>
      <w:rPr>
        <w:rFonts w:ascii="Wingdings" w:hAnsi="Wingdings" w:hint="default"/>
      </w:rPr>
    </w:lvl>
  </w:abstractNum>
  <w:abstractNum w:abstractNumId="16" w15:restartNumberingAfterBreak="0">
    <w:nsid w:val="2731318A"/>
    <w:multiLevelType w:val="hybridMultilevel"/>
    <w:tmpl w:val="184C599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9B02CC"/>
    <w:multiLevelType w:val="hybridMultilevel"/>
    <w:tmpl w:val="E27AFD24"/>
    <w:lvl w:ilvl="0" w:tplc="FFFFFFFF">
      <w:start w:val="1"/>
      <w:numFmt w:val="bullet"/>
      <w:lvlText w:val=""/>
      <w:lvlJc w:val="left"/>
      <w:pPr>
        <w:ind w:left="618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05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7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9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1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3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5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78" w:hanging="360"/>
      </w:pPr>
      <w:rPr>
        <w:rFonts w:ascii="Wingdings" w:hAnsi="Wingdings" w:hint="default"/>
      </w:rPr>
    </w:lvl>
  </w:abstractNum>
  <w:abstractNum w:abstractNumId="18" w15:restartNumberingAfterBreak="0">
    <w:nsid w:val="316E0800"/>
    <w:multiLevelType w:val="hybridMultilevel"/>
    <w:tmpl w:val="41F6D0C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3E4FD9"/>
    <w:multiLevelType w:val="hybridMultilevel"/>
    <w:tmpl w:val="F0802804"/>
    <w:lvl w:ilvl="0" w:tplc="FFFFFFFF">
      <w:start w:val="1"/>
      <w:numFmt w:val="bullet"/>
      <w:lvlText w:val=""/>
      <w:lvlJc w:val="left"/>
      <w:pPr>
        <w:ind w:left="618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05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7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9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1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3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5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78" w:hanging="360"/>
      </w:pPr>
      <w:rPr>
        <w:rFonts w:ascii="Wingdings" w:hAnsi="Wingdings" w:hint="default"/>
      </w:rPr>
    </w:lvl>
  </w:abstractNum>
  <w:abstractNum w:abstractNumId="20" w15:restartNumberingAfterBreak="0">
    <w:nsid w:val="356068CF"/>
    <w:multiLevelType w:val="hybridMultilevel"/>
    <w:tmpl w:val="2EF828AE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C944206"/>
    <w:multiLevelType w:val="hybridMultilevel"/>
    <w:tmpl w:val="361E8B8A"/>
    <w:lvl w:ilvl="0" w:tplc="040C0001">
      <w:start w:val="1"/>
      <w:numFmt w:val="bullet"/>
      <w:lvlText w:val=""/>
      <w:lvlJc w:val="left"/>
      <w:pPr>
        <w:ind w:left="61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3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78" w:hanging="360"/>
      </w:pPr>
      <w:rPr>
        <w:rFonts w:ascii="Wingdings" w:hAnsi="Wingdings" w:hint="default"/>
      </w:rPr>
    </w:lvl>
  </w:abstractNum>
  <w:abstractNum w:abstractNumId="22" w15:restartNumberingAfterBreak="0">
    <w:nsid w:val="3D176CDC"/>
    <w:multiLevelType w:val="hybridMultilevel"/>
    <w:tmpl w:val="184C59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D36442"/>
    <w:multiLevelType w:val="hybridMultilevel"/>
    <w:tmpl w:val="FF02A24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B839F4"/>
    <w:multiLevelType w:val="hybridMultilevel"/>
    <w:tmpl w:val="9A4E3D8A"/>
    <w:lvl w:ilvl="0" w:tplc="FFFFFFFF">
      <w:start w:val="1"/>
      <w:numFmt w:val="bullet"/>
      <w:lvlText w:val=""/>
      <w:lvlJc w:val="left"/>
      <w:pPr>
        <w:ind w:left="618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05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7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9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1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3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5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78" w:hanging="360"/>
      </w:pPr>
      <w:rPr>
        <w:rFonts w:ascii="Wingdings" w:hAnsi="Wingdings" w:hint="default"/>
      </w:rPr>
    </w:lvl>
  </w:abstractNum>
  <w:abstractNum w:abstractNumId="25" w15:restartNumberingAfterBreak="0">
    <w:nsid w:val="4BB47C75"/>
    <w:multiLevelType w:val="hybridMultilevel"/>
    <w:tmpl w:val="C714C9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B66D2B"/>
    <w:multiLevelType w:val="hybridMultilevel"/>
    <w:tmpl w:val="B7E2DA2E"/>
    <w:lvl w:ilvl="0" w:tplc="040C0001">
      <w:start w:val="1"/>
      <w:numFmt w:val="bullet"/>
      <w:lvlText w:val=""/>
      <w:lvlJc w:val="left"/>
      <w:pPr>
        <w:ind w:left="61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3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78" w:hanging="360"/>
      </w:pPr>
      <w:rPr>
        <w:rFonts w:ascii="Wingdings" w:hAnsi="Wingdings" w:hint="default"/>
      </w:rPr>
    </w:lvl>
  </w:abstractNum>
  <w:abstractNum w:abstractNumId="27" w15:restartNumberingAfterBreak="0">
    <w:nsid w:val="5A5C4DF3"/>
    <w:multiLevelType w:val="hybridMultilevel"/>
    <w:tmpl w:val="751E9B1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1701CB"/>
    <w:multiLevelType w:val="hybridMultilevel"/>
    <w:tmpl w:val="D43A49AA"/>
    <w:lvl w:ilvl="0" w:tplc="040C0001">
      <w:start w:val="1"/>
      <w:numFmt w:val="bullet"/>
      <w:lvlText w:val=""/>
      <w:lvlJc w:val="left"/>
      <w:pPr>
        <w:ind w:left="61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3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78" w:hanging="360"/>
      </w:pPr>
      <w:rPr>
        <w:rFonts w:ascii="Wingdings" w:hAnsi="Wingdings" w:hint="default"/>
      </w:rPr>
    </w:lvl>
  </w:abstractNum>
  <w:abstractNum w:abstractNumId="29" w15:restartNumberingAfterBreak="0">
    <w:nsid w:val="78AE7241"/>
    <w:multiLevelType w:val="hybridMultilevel"/>
    <w:tmpl w:val="EDF0911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EA4EE3"/>
    <w:multiLevelType w:val="hybridMultilevel"/>
    <w:tmpl w:val="2640B9C0"/>
    <w:lvl w:ilvl="0" w:tplc="040C0001">
      <w:start w:val="1"/>
      <w:numFmt w:val="bullet"/>
      <w:lvlText w:val=""/>
      <w:lvlJc w:val="left"/>
      <w:pPr>
        <w:ind w:left="61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3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78" w:hanging="360"/>
      </w:pPr>
      <w:rPr>
        <w:rFonts w:ascii="Wingdings" w:hAnsi="Wingdings" w:hint="default"/>
      </w:rPr>
    </w:lvl>
  </w:abstractNum>
  <w:num w:numId="1" w16cid:durableId="903560864">
    <w:abstractNumId w:val="8"/>
  </w:num>
  <w:num w:numId="2" w16cid:durableId="416024755">
    <w:abstractNumId w:val="6"/>
  </w:num>
  <w:num w:numId="3" w16cid:durableId="1407845624">
    <w:abstractNumId w:val="5"/>
  </w:num>
  <w:num w:numId="4" w16cid:durableId="944311292">
    <w:abstractNumId w:val="4"/>
  </w:num>
  <w:num w:numId="5" w16cid:durableId="733551307">
    <w:abstractNumId w:val="7"/>
  </w:num>
  <w:num w:numId="6" w16cid:durableId="412239974">
    <w:abstractNumId w:val="3"/>
  </w:num>
  <w:num w:numId="7" w16cid:durableId="1710185538">
    <w:abstractNumId w:val="2"/>
  </w:num>
  <w:num w:numId="8" w16cid:durableId="1113398802">
    <w:abstractNumId w:val="1"/>
  </w:num>
  <w:num w:numId="9" w16cid:durableId="1137919972">
    <w:abstractNumId w:val="0"/>
  </w:num>
  <w:num w:numId="10" w16cid:durableId="897402054">
    <w:abstractNumId w:val="14"/>
  </w:num>
  <w:num w:numId="11" w16cid:durableId="206721376">
    <w:abstractNumId w:val="16"/>
  </w:num>
  <w:num w:numId="12" w16cid:durableId="367990838">
    <w:abstractNumId w:val="22"/>
  </w:num>
  <w:num w:numId="13" w16cid:durableId="1456562692">
    <w:abstractNumId w:val="12"/>
  </w:num>
  <w:num w:numId="14" w16cid:durableId="710301491">
    <w:abstractNumId w:val="29"/>
  </w:num>
  <w:num w:numId="15" w16cid:durableId="2083290771">
    <w:abstractNumId w:val="13"/>
  </w:num>
  <w:num w:numId="16" w16cid:durableId="799885783">
    <w:abstractNumId w:val="9"/>
  </w:num>
  <w:num w:numId="17" w16cid:durableId="48502609">
    <w:abstractNumId w:val="18"/>
  </w:num>
  <w:num w:numId="18" w16cid:durableId="2086486635">
    <w:abstractNumId w:val="23"/>
  </w:num>
  <w:num w:numId="19" w16cid:durableId="212079602">
    <w:abstractNumId w:val="27"/>
  </w:num>
  <w:num w:numId="20" w16cid:durableId="246813021">
    <w:abstractNumId w:val="25"/>
  </w:num>
  <w:num w:numId="21" w16cid:durableId="1780030526">
    <w:abstractNumId w:val="20"/>
  </w:num>
  <w:num w:numId="22" w16cid:durableId="1606618116">
    <w:abstractNumId w:val="15"/>
  </w:num>
  <w:num w:numId="23" w16cid:durableId="737365792">
    <w:abstractNumId w:val="10"/>
  </w:num>
  <w:num w:numId="24" w16cid:durableId="1926262440">
    <w:abstractNumId w:val="30"/>
  </w:num>
  <w:num w:numId="25" w16cid:durableId="62531744">
    <w:abstractNumId w:val="24"/>
  </w:num>
  <w:num w:numId="26" w16cid:durableId="1666785523">
    <w:abstractNumId w:val="21"/>
  </w:num>
  <w:num w:numId="27" w16cid:durableId="2100909411">
    <w:abstractNumId w:val="19"/>
  </w:num>
  <w:num w:numId="28" w16cid:durableId="22679998">
    <w:abstractNumId w:val="26"/>
  </w:num>
  <w:num w:numId="29" w16cid:durableId="1967931620">
    <w:abstractNumId w:val="11"/>
  </w:num>
  <w:num w:numId="30" w16cid:durableId="696808985">
    <w:abstractNumId w:val="28"/>
  </w:num>
  <w:num w:numId="31" w16cid:durableId="2210157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904BA"/>
    <w:rsid w:val="009B055B"/>
    <w:rsid w:val="00A4583A"/>
    <w:rsid w:val="00A84C28"/>
    <w:rsid w:val="00AA1D8D"/>
    <w:rsid w:val="00B47730"/>
    <w:rsid w:val="00CB0664"/>
    <w:rsid w:val="00EF180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0F6F90"/>
  <w14:defaultImageDpi w14:val="300"/>
  <w15:docId w15:val="{8072FEB1-84A0-4A54-AC5D-67A86D5FA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Noto Naskh Arabic" w:hAnsi="Noto Naskh Arabic" w:cs="Noto Naskh Arabic"/>
      <w:sz w:val="21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320</Words>
  <Characters>1764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Hafid Ait mlouk</cp:lastModifiedBy>
  <cp:revision>2</cp:revision>
  <dcterms:created xsi:type="dcterms:W3CDTF">2013-12-23T23:15:00Z</dcterms:created>
  <dcterms:modified xsi:type="dcterms:W3CDTF">2026-08-18T10:13:00Z</dcterms:modified>
  <cp:category/>
</cp:coreProperties>
</file>